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37159" w14:textId="00026C54" w:rsidR="003B52A7" w:rsidRPr="000516A1" w:rsidRDefault="003B52A7" w:rsidP="003B52A7">
      <w:pPr>
        <w:tabs>
          <w:tab w:val="left" w:pos="5760"/>
        </w:tabs>
        <w:spacing w:after="0" w:line="276" w:lineRule="auto"/>
        <w:ind w:left="6378"/>
        <w:rPr>
          <w:rFonts w:asciiTheme="majorHAnsi" w:eastAsia="Times New Roman" w:hAnsiTheme="majorHAnsi" w:cstheme="majorHAnsi"/>
          <w:iCs/>
          <w:color w:val="000000"/>
          <w:sz w:val="18"/>
          <w:szCs w:val="18"/>
          <w:lang w:val="pl-PL" w:eastAsia="pl-PL"/>
        </w:rPr>
      </w:pPr>
      <w:r w:rsidRPr="000516A1">
        <w:rPr>
          <w:rFonts w:asciiTheme="majorHAnsi" w:eastAsia="Times New Roman" w:hAnsiTheme="majorHAnsi" w:cstheme="majorHAnsi"/>
          <w:color w:val="000000"/>
          <w:sz w:val="18"/>
          <w:szCs w:val="18"/>
          <w:lang w:val="pl-PL" w:eastAsia="pl-PL"/>
        </w:rPr>
        <w:t xml:space="preserve">Załącznik nr 2 do </w:t>
      </w:r>
      <w:r w:rsidRPr="000516A1">
        <w:rPr>
          <w:rFonts w:asciiTheme="majorHAnsi" w:eastAsia="Times New Roman" w:hAnsiTheme="majorHAnsi" w:cstheme="majorHAnsi"/>
          <w:iCs/>
          <w:color w:val="000000"/>
          <w:sz w:val="18"/>
          <w:szCs w:val="18"/>
          <w:lang w:val="pl-PL" w:eastAsia="pl-PL"/>
        </w:rPr>
        <w:t xml:space="preserve">Programu </w:t>
      </w:r>
    </w:p>
    <w:p w14:paraId="1F102280" w14:textId="77777777" w:rsidR="003B52A7" w:rsidRPr="000516A1" w:rsidRDefault="003B52A7" w:rsidP="003B52A7">
      <w:pPr>
        <w:tabs>
          <w:tab w:val="left" w:pos="5760"/>
        </w:tabs>
        <w:spacing w:after="0" w:line="276" w:lineRule="auto"/>
        <w:ind w:left="6378"/>
        <w:rPr>
          <w:rFonts w:asciiTheme="majorHAnsi" w:eastAsia="Times New Roman" w:hAnsiTheme="majorHAnsi" w:cstheme="majorHAnsi"/>
          <w:iCs/>
          <w:color w:val="000000"/>
          <w:sz w:val="18"/>
          <w:szCs w:val="18"/>
          <w:lang w:val="pl-PL" w:eastAsia="pl-PL"/>
        </w:rPr>
      </w:pPr>
      <w:bookmarkStart w:id="0" w:name="_Hlk143082047"/>
      <w:r w:rsidRPr="000516A1">
        <w:rPr>
          <w:rFonts w:asciiTheme="majorHAnsi" w:eastAsia="Times New Roman" w:hAnsiTheme="majorHAnsi" w:cstheme="majorHAnsi"/>
          <w:iCs/>
          <w:color w:val="000000"/>
          <w:sz w:val="18"/>
          <w:szCs w:val="18"/>
          <w:lang w:val="pl-PL" w:eastAsia="pl-PL"/>
        </w:rPr>
        <w:t>Ministra Rodziny, Pracy i Polityki Społecznej</w:t>
      </w:r>
    </w:p>
    <w:bookmarkEnd w:id="0"/>
    <w:p w14:paraId="490840B2" w14:textId="77777777" w:rsidR="003B52A7" w:rsidRPr="000516A1" w:rsidRDefault="003B52A7" w:rsidP="003B52A7">
      <w:pPr>
        <w:tabs>
          <w:tab w:val="left" w:pos="5760"/>
        </w:tabs>
        <w:spacing w:after="0" w:line="276" w:lineRule="auto"/>
        <w:ind w:left="6378"/>
        <w:rPr>
          <w:rFonts w:asciiTheme="majorHAnsi" w:eastAsia="Times New Roman" w:hAnsiTheme="majorHAnsi" w:cstheme="majorHAnsi"/>
          <w:i/>
          <w:iCs/>
          <w:color w:val="000000"/>
          <w:sz w:val="18"/>
          <w:szCs w:val="18"/>
          <w:lang w:val="pl-PL" w:eastAsia="pl-PL"/>
        </w:rPr>
      </w:pPr>
      <w:r w:rsidRPr="000516A1">
        <w:rPr>
          <w:rFonts w:asciiTheme="majorHAnsi" w:eastAsia="Times New Roman" w:hAnsiTheme="majorHAnsi" w:cstheme="majorHAnsi"/>
          <w:iCs/>
          <w:color w:val="000000"/>
          <w:sz w:val="18"/>
          <w:szCs w:val="18"/>
          <w:lang w:val="pl-PL" w:eastAsia="pl-PL"/>
        </w:rPr>
        <w:t>„Asystent osobisty osoby z niepełnosprawnością” dla Jednostek Samorządu Terytorialnego - edycja 2027</w:t>
      </w:r>
    </w:p>
    <w:p w14:paraId="7F19F529" w14:textId="30E8C3F4" w:rsidR="00CD12B9" w:rsidRPr="000516A1" w:rsidRDefault="003B52A7" w:rsidP="003B52A7">
      <w:pPr>
        <w:spacing w:after="160" w:line="259" w:lineRule="auto"/>
        <w:jc w:val="center"/>
        <w:rPr>
          <w:rFonts w:asciiTheme="majorHAnsi" w:eastAsiaTheme="minorHAnsi" w:hAnsiTheme="majorHAnsi" w:cstheme="majorHAnsi"/>
          <w:b/>
          <w:sz w:val="24"/>
          <w:szCs w:val="24"/>
          <w:lang w:val="pl-PL"/>
        </w:rPr>
      </w:pPr>
      <w:r w:rsidRPr="000516A1">
        <w:rPr>
          <w:rFonts w:asciiTheme="majorHAnsi" w:eastAsiaTheme="minorHAnsi" w:hAnsiTheme="majorHAnsi" w:cstheme="majorHAnsi"/>
          <w:b/>
          <w:sz w:val="24"/>
          <w:szCs w:val="24"/>
          <w:lang w:val="pl-PL"/>
        </w:rPr>
        <w:t>Kart</w:t>
      </w:r>
      <w:r w:rsidR="003052A7" w:rsidRPr="000516A1">
        <w:rPr>
          <w:rFonts w:asciiTheme="majorHAnsi" w:eastAsiaTheme="minorHAnsi" w:hAnsiTheme="majorHAnsi" w:cstheme="majorHAnsi"/>
          <w:b/>
          <w:sz w:val="24"/>
          <w:szCs w:val="24"/>
          <w:lang w:val="pl-PL"/>
        </w:rPr>
        <w:t>a</w:t>
      </w:r>
      <w:r w:rsidRPr="000516A1">
        <w:rPr>
          <w:rFonts w:asciiTheme="majorHAnsi" w:eastAsiaTheme="minorHAnsi" w:hAnsiTheme="majorHAnsi" w:cstheme="majorHAnsi"/>
          <w:b/>
          <w:sz w:val="24"/>
          <w:szCs w:val="24"/>
          <w:lang w:val="pl-PL"/>
        </w:rPr>
        <w:t xml:space="preserve"> oceny indywidualnej sytuacji osoby z niepełnosprawnością do Programu „Asystent osobisty osoby z niepełnosprawnością” dla Jednostek Samorządu Terytorialnego - edycja 2027</w:t>
      </w:r>
    </w:p>
    <w:p w14:paraId="6CB233B1" w14:textId="165DB570" w:rsidR="009F3AE3" w:rsidRPr="000516A1" w:rsidRDefault="009F3AE3" w:rsidP="002C4A33">
      <w:pPr>
        <w:spacing w:line="360" w:lineRule="auto"/>
        <w:rPr>
          <w:rFonts w:asciiTheme="majorHAnsi" w:hAnsiTheme="majorHAnsi" w:cstheme="majorHAnsi"/>
          <w:i/>
          <w:sz w:val="21"/>
          <w:szCs w:val="21"/>
          <w:lang w:val="pl-PL"/>
        </w:rPr>
      </w:pPr>
      <w:r w:rsidRPr="000516A1">
        <w:rPr>
          <w:rFonts w:asciiTheme="majorHAnsi" w:hAnsiTheme="majorHAnsi" w:cstheme="majorHAnsi"/>
          <w:b/>
          <w:i/>
          <w:sz w:val="21"/>
          <w:szCs w:val="21"/>
          <w:lang w:val="pl-PL"/>
        </w:rPr>
        <w:t xml:space="preserve">Uwaga: </w:t>
      </w:r>
      <w:r w:rsidRPr="000516A1">
        <w:rPr>
          <w:rFonts w:asciiTheme="majorHAnsi" w:hAnsiTheme="majorHAnsi" w:cstheme="majorHAnsi"/>
          <w:bCs/>
          <w:i/>
          <w:sz w:val="21"/>
          <w:szCs w:val="21"/>
          <w:lang w:val="pl-PL"/>
        </w:rPr>
        <w:t>Niniejsza Karta oceny indywidualnej sytuacji osoby z niepełnosprawnością wypełniana jest przez realizatora Programu.</w:t>
      </w:r>
    </w:p>
    <w:p w14:paraId="44CCD71D" w14:textId="254262AE" w:rsidR="003B52A7" w:rsidRPr="000516A1" w:rsidRDefault="00AD54CC" w:rsidP="002C4A33">
      <w:pPr>
        <w:rPr>
          <w:lang w:val="pl-PL"/>
        </w:rPr>
      </w:pP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 xml:space="preserve">I. DANE </w:t>
      </w:r>
      <w:r w:rsidR="009567C1" w:rsidRPr="000516A1">
        <w:rPr>
          <w:rFonts w:asciiTheme="majorHAnsi" w:hAnsiTheme="majorHAnsi" w:cstheme="majorHAnsi"/>
          <w:b/>
          <w:sz w:val="24"/>
          <w:szCs w:val="24"/>
          <w:lang w:val="pl-PL"/>
        </w:rPr>
        <w:t xml:space="preserve">OSOBY </w:t>
      </w: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>WNIOSKUJĄCE</w:t>
      </w:r>
      <w:r w:rsidR="009567C1" w:rsidRPr="000516A1">
        <w:rPr>
          <w:rFonts w:asciiTheme="majorHAnsi" w:hAnsiTheme="majorHAnsi" w:cstheme="majorHAnsi"/>
          <w:b/>
          <w:sz w:val="24"/>
          <w:szCs w:val="24"/>
          <w:lang w:val="pl-PL"/>
        </w:rPr>
        <w:t>J</w:t>
      </w: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 xml:space="preserve"> O UDZIAŁ W PROGRAMIE „ASYSTENT OSOBISTY OSOBY Z NIEPEŁNOSPRAWNOŚCIĄ” DLA JEDNOSTEK SAMORZĄDU TERYTORIALNEGO - EDYCJA 2027, ZWANEGO DALEJ „PROGRAMEM”:</w:t>
      </w:r>
      <w:r w:rsidRPr="000516A1">
        <w:rPr>
          <w:rFonts w:asciiTheme="majorHAnsi" w:hAnsiTheme="majorHAnsi" w:cstheme="majorHAnsi"/>
          <w:lang w:val="pl-PL"/>
        </w:rPr>
        <w:t xml:space="preserve"> </w:t>
      </w:r>
    </w:p>
    <w:p w14:paraId="22D6BB91" w14:textId="1CEE77DA" w:rsidR="00AD54CC" w:rsidRPr="000516A1" w:rsidRDefault="00AD54CC" w:rsidP="00AD54CC">
      <w:pPr>
        <w:pStyle w:val="Default"/>
        <w:spacing w:after="170"/>
        <w:ind w:left="426" w:hanging="426"/>
        <w:rPr>
          <w:rFonts w:asciiTheme="majorHAnsi" w:hAnsiTheme="majorHAnsi" w:cstheme="majorHAnsi"/>
          <w:color w:val="auto"/>
          <w:sz w:val="22"/>
          <w:szCs w:val="22"/>
        </w:rPr>
      </w:pPr>
      <w:r w:rsidRPr="000516A1">
        <w:rPr>
          <w:rFonts w:asciiTheme="majorHAnsi" w:hAnsiTheme="majorHAnsi" w:cstheme="majorHAnsi"/>
          <w:color w:val="auto"/>
          <w:sz w:val="22"/>
          <w:szCs w:val="22"/>
        </w:rPr>
        <w:t>1.</w:t>
      </w:r>
      <w:r w:rsidRPr="000516A1">
        <w:rPr>
          <w:rFonts w:asciiTheme="majorHAnsi" w:hAnsiTheme="majorHAnsi" w:cstheme="majorHAnsi"/>
          <w:color w:val="auto"/>
          <w:sz w:val="22"/>
          <w:szCs w:val="22"/>
        </w:rPr>
        <w:tab/>
        <w:t>Imię i nazwisko: …………………………………………...................................................………….......………………………………….</w:t>
      </w:r>
    </w:p>
    <w:p w14:paraId="7DD4ED34" w14:textId="62BCFD13" w:rsidR="00AD54CC" w:rsidRPr="000516A1" w:rsidRDefault="00AD54CC" w:rsidP="00AD54CC">
      <w:pPr>
        <w:pStyle w:val="Default"/>
        <w:spacing w:after="170"/>
        <w:ind w:left="426" w:hanging="426"/>
        <w:rPr>
          <w:rFonts w:asciiTheme="majorHAnsi" w:hAnsiTheme="majorHAnsi" w:cstheme="majorHAnsi"/>
          <w:color w:val="auto"/>
          <w:sz w:val="22"/>
          <w:szCs w:val="22"/>
        </w:rPr>
      </w:pPr>
      <w:r w:rsidRPr="000516A1">
        <w:rPr>
          <w:rFonts w:asciiTheme="majorHAnsi" w:hAnsiTheme="majorHAnsi" w:cstheme="majorHAnsi"/>
          <w:color w:val="auto"/>
          <w:sz w:val="22"/>
          <w:szCs w:val="22"/>
        </w:rPr>
        <w:t>2.</w:t>
      </w:r>
      <w:r w:rsidRPr="000516A1">
        <w:rPr>
          <w:rFonts w:asciiTheme="majorHAnsi" w:hAnsiTheme="majorHAnsi" w:cstheme="majorHAnsi"/>
          <w:color w:val="auto"/>
          <w:sz w:val="22"/>
          <w:szCs w:val="22"/>
        </w:rPr>
        <w:tab/>
        <w:t>Data urodzenia: ………………………</w:t>
      </w:r>
      <w:proofErr w:type="gramStart"/>
      <w:r w:rsidRPr="000516A1">
        <w:rPr>
          <w:rFonts w:asciiTheme="majorHAnsi" w:hAnsiTheme="majorHAnsi" w:cstheme="majorHAnsi"/>
          <w:color w:val="auto"/>
          <w:sz w:val="22"/>
          <w:szCs w:val="22"/>
        </w:rPr>
        <w:t>…….</w:t>
      </w:r>
      <w:proofErr w:type="gramEnd"/>
      <w:r w:rsidRPr="000516A1">
        <w:rPr>
          <w:rFonts w:asciiTheme="majorHAnsi" w:hAnsiTheme="majorHAnsi" w:cstheme="majorHAnsi"/>
          <w:color w:val="auto"/>
          <w:sz w:val="22"/>
          <w:szCs w:val="22"/>
        </w:rPr>
        <w:t>…...................…….................………...............................................…………</w:t>
      </w:r>
      <w:proofErr w:type="gramStart"/>
      <w:r w:rsidRPr="000516A1">
        <w:rPr>
          <w:rFonts w:asciiTheme="majorHAnsi" w:hAnsiTheme="majorHAnsi" w:cstheme="majorHAnsi"/>
          <w:color w:val="auto"/>
          <w:sz w:val="22"/>
          <w:szCs w:val="22"/>
        </w:rPr>
        <w:t>…….</w:t>
      </w:r>
      <w:proofErr w:type="gramEnd"/>
      <w:r w:rsidRPr="000516A1">
        <w:rPr>
          <w:rFonts w:asciiTheme="majorHAnsi" w:hAnsiTheme="majorHAnsi" w:cstheme="majorHAnsi"/>
          <w:color w:val="auto"/>
          <w:sz w:val="22"/>
          <w:szCs w:val="22"/>
        </w:rPr>
        <w:t>.</w:t>
      </w:r>
    </w:p>
    <w:p w14:paraId="576408E1" w14:textId="61825237" w:rsidR="00CD12B9" w:rsidRPr="000516A1" w:rsidRDefault="00AD54CC" w:rsidP="00AD54CC">
      <w:pPr>
        <w:pStyle w:val="Default"/>
        <w:spacing w:after="170"/>
        <w:ind w:left="426" w:hanging="426"/>
        <w:rPr>
          <w:rFonts w:asciiTheme="majorHAnsi" w:hAnsiTheme="majorHAnsi" w:cstheme="majorHAnsi"/>
          <w:color w:val="auto"/>
          <w:sz w:val="22"/>
          <w:szCs w:val="22"/>
        </w:rPr>
      </w:pPr>
      <w:r w:rsidRPr="000516A1">
        <w:rPr>
          <w:rFonts w:asciiTheme="majorHAnsi" w:hAnsiTheme="majorHAnsi" w:cstheme="majorHAnsi"/>
          <w:color w:val="auto"/>
          <w:sz w:val="22"/>
          <w:szCs w:val="22"/>
        </w:rPr>
        <w:t>3.</w:t>
      </w:r>
      <w:r w:rsidRPr="000516A1">
        <w:rPr>
          <w:rFonts w:asciiTheme="majorHAnsi" w:hAnsiTheme="majorHAnsi" w:cstheme="majorHAnsi"/>
          <w:color w:val="auto"/>
          <w:sz w:val="22"/>
          <w:szCs w:val="22"/>
        </w:rPr>
        <w:tab/>
        <w:t>Adres zamieszkania: ………………………</w:t>
      </w:r>
      <w:proofErr w:type="gramStart"/>
      <w:r w:rsidRPr="000516A1">
        <w:rPr>
          <w:rFonts w:asciiTheme="majorHAnsi" w:hAnsiTheme="majorHAnsi" w:cstheme="majorHAnsi"/>
          <w:color w:val="auto"/>
          <w:sz w:val="22"/>
          <w:szCs w:val="22"/>
        </w:rPr>
        <w:t>…….</w:t>
      </w:r>
      <w:proofErr w:type="gramEnd"/>
      <w:r w:rsidRPr="000516A1">
        <w:rPr>
          <w:rFonts w:asciiTheme="majorHAnsi" w:hAnsiTheme="majorHAnsi" w:cstheme="majorHAnsi"/>
          <w:color w:val="auto"/>
          <w:sz w:val="22"/>
          <w:szCs w:val="22"/>
        </w:rPr>
        <w:t>…...................…….................………...............................................………….</w:t>
      </w:r>
    </w:p>
    <w:p w14:paraId="71A1EFE1" w14:textId="0B7D1487" w:rsidR="00AD54CC" w:rsidRPr="000516A1" w:rsidRDefault="00AD54CC" w:rsidP="00AD54CC">
      <w:pPr>
        <w:rPr>
          <w:rFonts w:asciiTheme="majorHAnsi" w:hAnsiTheme="majorHAnsi" w:cstheme="majorHAnsi"/>
          <w:b/>
          <w:sz w:val="24"/>
          <w:szCs w:val="24"/>
          <w:lang w:val="pl-PL"/>
        </w:rPr>
      </w:pP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>II. SPOSÓB PRZEPROWADZ</w:t>
      </w:r>
      <w:r w:rsidR="009567C1" w:rsidRPr="000516A1">
        <w:rPr>
          <w:rFonts w:asciiTheme="majorHAnsi" w:hAnsiTheme="majorHAnsi" w:cstheme="majorHAnsi"/>
          <w:b/>
          <w:sz w:val="24"/>
          <w:szCs w:val="24"/>
          <w:lang w:val="pl-PL"/>
        </w:rPr>
        <w:t>E</w:t>
      </w: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>NIA OCENY:</w:t>
      </w:r>
    </w:p>
    <w:p w14:paraId="33B578C1" w14:textId="6B1E9C19" w:rsidR="00CD12B9" w:rsidRPr="000516A1" w:rsidRDefault="00AD54CC" w:rsidP="002C4A33">
      <w:pPr>
        <w:ind w:left="426" w:hanging="426"/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t>1.</w:t>
      </w:r>
      <w:r w:rsidRPr="000516A1">
        <w:rPr>
          <w:rFonts w:asciiTheme="majorHAnsi" w:hAnsiTheme="majorHAnsi" w:cstheme="majorHAnsi"/>
          <w:sz w:val="22"/>
          <w:lang w:val="pl-PL"/>
        </w:rPr>
        <w:tab/>
      </w:r>
      <w:r w:rsidRPr="000516A1">
        <w:rPr>
          <w:rFonts w:asciiTheme="majorHAnsi" w:hAnsiTheme="majorHAnsi" w:cstheme="majorHAnsi"/>
          <w:bCs/>
          <w:sz w:val="22"/>
          <w:lang w:val="pl-PL"/>
        </w:rPr>
        <w:t>Oceny dokonano na podstawie:</w:t>
      </w:r>
    </w:p>
    <w:p w14:paraId="53E655DC" w14:textId="06586D81" w:rsidR="00CD12B9" w:rsidRPr="000516A1" w:rsidRDefault="001800F0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2207BB" w:rsidRPr="000516A1">
        <w:rPr>
          <w:rFonts w:asciiTheme="majorHAnsi" w:eastAsiaTheme="minorHAnsi" w:hAnsiTheme="majorHAnsi" w:cstheme="majorHAnsi"/>
          <w:sz w:val="22"/>
          <w:lang w:val="pl-PL"/>
        </w:rPr>
        <w:t>K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arty zgłoszenia</w:t>
      </w:r>
      <w:r w:rsidR="002207BB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do Programu</w:t>
      </w:r>
    </w:p>
    <w:p w14:paraId="67DFE49C" w14:textId="22194B40" w:rsidR="002207BB" w:rsidRPr="000516A1" w:rsidRDefault="00AD54CC" w:rsidP="002207BB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2207BB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dokumentacji </w:t>
      </w:r>
      <w:r w:rsidR="002207BB" w:rsidRPr="003D52E0">
        <w:rPr>
          <w:rFonts w:asciiTheme="majorHAnsi" w:eastAsiaTheme="minorHAnsi" w:hAnsiTheme="majorHAnsi" w:cstheme="majorHAnsi"/>
          <w:sz w:val="22"/>
          <w:lang w:val="pl-PL"/>
        </w:rPr>
        <w:t>przedłożonej przez osobę z niepełnosprawnością</w:t>
      </w:r>
      <w:r w:rsidR="000E3BB2">
        <w:rPr>
          <w:rFonts w:asciiTheme="majorHAnsi" w:eastAsiaTheme="minorHAnsi" w:hAnsiTheme="majorHAnsi" w:cstheme="majorHAnsi"/>
          <w:sz w:val="22"/>
          <w:lang w:val="pl-PL"/>
        </w:rPr>
        <w:t xml:space="preserve"> (opiekuna prawnego)</w:t>
      </w:r>
      <w:r w:rsidR="002207BB" w:rsidRPr="000516A1">
        <w:rPr>
          <w:rFonts w:asciiTheme="majorHAnsi" w:eastAsiaTheme="minorHAnsi" w:hAnsiTheme="majorHAnsi" w:cstheme="majorHAnsi"/>
          <w:sz w:val="22"/>
          <w:lang w:val="pl-PL"/>
        </w:rPr>
        <w:t>:</w:t>
      </w:r>
    </w:p>
    <w:p w14:paraId="1312ECDF" w14:textId="6F85A86C" w:rsidR="00AD54CC" w:rsidRPr="000516A1" w:rsidRDefault="002207BB" w:rsidP="002207BB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(</w:t>
      </w:r>
      <w:r w:rsidRPr="00F26771">
        <w:rPr>
          <w:rFonts w:asciiTheme="majorHAnsi" w:eastAsiaTheme="minorHAnsi" w:hAnsiTheme="majorHAnsi" w:cstheme="majorHAnsi"/>
          <w:i/>
          <w:iCs/>
          <w:sz w:val="22"/>
          <w:lang w:val="pl-PL"/>
        </w:rPr>
        <w:t>proszę wskazać jakiej</w:t>
      </w:r>
      <w:r w:rsidRPr="003D52E0">
        <w:rPr>
          <w:rFonts w:asciiTheme="majorHAnsi" w:eastAsiaTheme="minorHAnsi" w:hAnsiTheme="majorHAnsi" w:cstheme="majorHAnsi"/>
          <w:sz w:val="22"/>
          <w:lang w:val="pl-PL"/>
        </w:rPr>
        <w:t>)</w:t>
      </w:r>
    </w:p>
    <w:p w14:paraId="1BAF6E7A" w14:textId="77777777" w:rsidR="00B23A3B" w:rsidRPr="000516A1" w:rsidRDefault="00B23A3B" w:rsidP="00B23A3B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……..................................................................................................................................................................................</w:t>
      </w:r>
    </w:p>
    <w:p w14:paraId="342E056E" w14:textId="77777777" w:rsidR="00B23A3B" w:rsidRPr="000516A1" w:rsidRDefault="00B23A3B" w:rsidP="00B23A3B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0B11D09" w14:textId="6CA0E99A" w:rsidR="00B23A3B" w:rsidRPr="000516A1" w:rsidRDefault="00B23A3B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3E56C600" w14:textId="142A3718" w:rsidR="002207BB" w:rsidRPr="000516A1" w:rsidRDefault="002207BB" w:rsidP="002207BB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dokumentacji znajdującej się w posiadaniu </w:t>
      </w:r>
      <w:r w:rsidR="000E3BB2">
        <w:rPr>
          <w:rFonts w:asciiTheme="majorHAnsi" w:eastAsiaTheme="minorHAnsi" w:hAnsiTheme="majorHAnsi" w:cstheme="majorHAnsi"/>
          <w:sz w:val="22"/>
          <w:lang w:val="pl-PL"/>
        </w:rPr>
        <w:t>realizatora Programu:</w:t>
      </w:r>
    </w:p>
    <w:p w14:paraId="21F6D507" w14:textId="424F2244" w:rsidR="002207BB" w:rsidRPr="000516A1" w:rsidRDefault="002207BB" w:rsidP="002207BB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(</w:t>
      </w:r>
      <w:r w:rsidRPr="000516A1">
        <w:rPr>
          <w:rFonts w:asciiTheme="majorHAnsi" w:eastAsiaTheme="minorHAnsi" w:hAnsiTheme="majorHAnsi" w:cstheme="majorHAnsi"/>
          <w:i/>
          <w:iCs/>
          <w:sz w:val="22"/>
          <w:lang w:val="pl-PL"/>
        </w:rPr>
        <w:t>proszę wskazać jakiej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)</w:t>
      </w:r>
    </w:p>
    <w:p w14:paraId="15573E05" w14:textId="77777777" w:rsidR="002207BB" w:rsidRPr="000516A1" w:rsidRDefault="002207BB" w:rsidP="002207BB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……..................................................................................................................................................................................</w:t>
      </w:r>
    </w:p>
    <w:p w14:paraId="4EF2FC70" w14:textId="77777777" w:rsidR="002207BB" w:rsidRPr="000516A1" w:rsidRDefault="002207BB" w:rsidP="002207BB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42EB15A" w14:textId="11339D37" w:rsidR="002207BB" w:rsidRPr="000516A1" w:rsidRDefault="002207BB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2068C943" w14:textId="646F6FB5" w:rsidR="00CD12B9" w:rsidRPr="000516A1" w:rsidRDefault="001800F0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rozmowy z osobą z niepełnosprawnością lub </w:t>
      </w:r>
      <w:r w:rsidR="002207BB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jej 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opiekunem prawnym</w:t>
      </w:r>
    </w:p>
    <w:p w14:paraId="6EFDDB77" w14:textId="2EF3A125" w:rsidR="00CD12B9" w:rsidRPr="000516A1" w:rsidRDefault="001800F0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2207BB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informacji uzyskanych podczas 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wizyty w miejscu zamieszkania</w:t>
      </w:r>
      <w:r w:rsidR="002207BB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osoby z niepełnosprawnością</w:t>
      </w:r>
    </w:p>
    <w:p w14:paraId="327DD70D" w14:textId="0EF307DB" w:rsidR="000E3BB2" w:rsidRDefault="001800F0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innych </w:t>
      </w:r>
      <w:r w:rsidR="00AD54CC" w:rsidRPr="000516A1">
        <w:rPr>
          <w:rFonts w:asciiTheme="majorHAnsi" w:eastAsiaTheme="minorHAnsi" w:hAnsiTheme="majorHAnsi" w:cstheme="majorHAnsi"/>
          <w:sz w:val="22"/>
          <w:lang w:val="pl-PL"/>
        </w:rPr>
        <w:t>źródeł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:</w:t>
      </w:r>
      <w:r w:rsidR="00761B04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</w:p>
    <w:p w14:paraId="16509CA0" w14:textId="2AA972D5" w:rsidR="000E3BB2" w:rsidRPr="005536CE" w:rsidRDefault="000E3BB2">
      <w:pPr>
        <w:rPr>
          <w:rFonts w:asciiTheme="majorHAnsi" w:eastAsiaTheme="minorHAnsi" w:hAnsiTheme="majorHAnsi" w:cstheme="majorHAnsi"/>
          <w:i/>
          <w:iCs/>
          <w:sz w:val="22"/>
          <w:lang w:val="pl-PL"/>
        </w:rPr>
      </w:pPr>
      <w:r w:rsidRPr="005536CE">
        <w:rPr>
          <w:rFonts w:asciiTheme="majorHAnsi" w:eastAsiaTheme="minorHAnsi" w:hAnsiTheme="majorHAnsi" w:cstheme="majorHAnsi"/>
          <w:i/>
          <w:iCs/>
          <w:sz w:val="22"/>
          <w:lang w:val="pl-PL"/>
        </w:rPr>
        <w:t>(proszę wskazać jaki</w:t>
      </w:r>
      <w:r>
        <w:rPr>
          <w:rFonts w:asciiTheme="majorHAnsi" w:eastAsiaTheme="minorHAnsi" w:hAnsiTheme="majorHAnsi" w:cstheme="majorHAnsi"/>
          <w:i/>
          <w:iCs/>
          <w:sz w:val="22"/>
          <w:lang w:val="pl-PL"/>
        </w:rPr>
        <w:t>ch</w:t>
      </w:r>
      <w:r w:rsidRPr="005536CE">
        <w:rPr>
          <w:rFonts w:asciiTheme="majorHAnsi" w:eastAsiaTheme="minorHAnsi" w:hAnsiTheme="majorHAnsi" w:cstheme="majorHAnsi"/>
          <w:i/>
          <w:iCs/>
          <w:sz w:val="22"/>
          <w:lang w:val="pl-PL"/>
        </w:rPr>
        <w:t>)</w:t>
      </w:r>
    </w:p>
    <w:p w14:paraId="1BD9530D" w14:textId="20AFE0D2" w:rsidR="00CD12B9" w:rsidRPr="000516A1" w:rsidRDefault="00761B04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</w:t>
      </w:r>
      <w:r w:rsidR="001800F0" w:rsidRPr="000516A1">
        <w:rPr>
          <w:rFonts w:asciiTheme="majorHAnsi" w:eastAsiaTheme="minorHAnsi" w:hAnsiTheme="majorHAnsi" w:cstheme="majorHAnsi"/>
          <w:sz w:val="22"/>
          <w:lang w:val="pl-PL"/>
        </w:rPr>
        <w:t>.......................................................................................</w:t>
      </w:r>
      <w:r w:rsidR="00AD54CC" w:rsidRPr="000516A1">
        <w:rPr>
          <w:rFonts w:asciiTheme="majorHAnsi" w:eastAsiaTheme="minorHAnsi" w:hAnsiTheme="majorHAnsi" w:cstheme="majorHAnsi"/>
          <w:sz w:val="22"/>
          <w:lang w:val="pl-PL"/>
        </w:rPr>
        <w:t>.............................................................</w:t>
      </w:r>
      <w:r w:rsidR="001800F0" w:rsidRPr="000516A1">
        <w:rPr>
          <w:rFonts w:asciiTheme="majorHAnsi" w:eastAsiaTheme="minorHAnsi" w:hAnsiTheme="majorHAnsi" w:cstheme="majorHAnsi"/>
          <w:sz w:val="22"/>
          <w:lang w:val="pl-PL"/>
        </w:rPr>
        <w:t>.</w:t>
      </w:r>
      <w:r w:rsidR="00AD54CC" w:rsidRPr="000516A1">
        <w:rPr>
          <w:rFonts w:asciiTheme="majorHAnsi" w:eastAsiaTheme="minorHAnsi" w:hAnsiTheme="majorHAnsi" w:cstheme="majorHAnsi"/>
          <w:sz w:val="22"/>
          <w:lang w:val="pl-PL"/>
        </w:rPr>
        <w:t>......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.......................</w:t>
      </w:r>
    </w:p>
    <w:p w14:paraId="0DF24036" w14:textId="61453B04" w:rsidR="00AD54CC" w:rsidRPr="000516A1" w:rsidRDefault="00AD54CC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40C6D78" w14:textId="019A148A" w:rsidR="00D03A5E" w:rsidRPr="000516A1" w:rsidRDefault="00D03A5E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11A4D1EF" w14:textId="77777777" w:rsidR="00802740" w:rsidRDefault="00802740" w:rsidP="002C4A33">
      <w:pPr>
        <w:spacing w:before="240"/>
        <w:ind w:left="426" w:hanging="426"/>
        <w:rPr>
          <w:rFonts w:asciiTheme="majorHAnsi" w:hAnsiTheme="majorHAnsi" w:cstheme="majorHAnsi"/>
          <w:bCs/>
          <w:sz w:val="22"/>
          <w:lang w:val="pl-PL"/>
        </w:rPr>
      </w:pPr>
    </w:p>
    <w:p w14:paraId="655B4B79" w14:textId="77777777" w:rsidR="00406D0D" w:rsidRDefault="00406D0D" w:rsidP="002C4A33">
      <w:pPr>
        <w:spacing w:before="240"/>
        <w:ind w:left="426" w:hanging="426"/>
        <w:rPr>
          <w:rFonts w:asciiTheme="majorHAnsi" w:hAnsiTheme="majorHAnsi" w:cstheme="majorHAnsi"/>
          <w:bCs/>
          <w:sz w:val="22"/>
          <w:lang w:val="pl-PL"/>
        </w:rPr>
      </w:pPr>
    </w:p>
    <w:p w14:paraId="4B64DE98" w14:textId="3BA2887F" w:rsidR="00CE187A" w:rsidRPr="000516A1" w:rsidRDefault="002517B8" w:rsidP="002C4A33">
      <w:pPr>
        <w:spacing w:before="240"/>
        <w:ind w:left="426" w:hanging="426"/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lastRenderedPageBreak/>
        <w:t>2.</w:t>
      </w:r>
      <w:r w:rsidRPr="000516A1">
        <w:rPr>
          <w:rFonts w:asciiTheme="majorHAnsi" w:hAnsiTheme="majorHAnsi" w:cstheme="majorHAnsi"/>
          <w:bCs/>
          <w:sz w:val="22"/>
          <w:lang w:val="pl-PL"/>
        </w:rPr>
        <w:tab/>
        <w:t xml:space="preserve">Opis przebiegu oceny: </w:t>
      </w:r>
    </w:p>
    <w:p w14:paraId="51A65E76" w14:textId="77777777" w:rsidR="002517B8" w:rsidRPr="000516A1" w:rsidRDefault="002517B8" w:rsidP="002517B8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682A809" w14:textId="77777777" w:rsidR="002517B8" w:rsidRPr="000516A1" w:rsidRDefault="002517B8" w:rsidP="002517B8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D7552F0" w14:textId="77777777" w:rsidR="002517B8" w:rsidRPr="000516A1" w:rsidRDefault="002517B8" w:rsidP="002517B8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8FB89CA" w14:textId="77777777" w:rsidR="002517B8" w:rsidRPr="000516A1" w:rsidRDefault="002517B8" w:rsidP="002517B8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4E20AF6" w14:textId="77777777" w:rsidR="002517B8" w:rsidRPr="000516A1" w:rsidRDefault="002517B8" w:rsidP="002517B8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ECB4D85" w14:textId="77777777" w:rsidR="002517B8" w:rsidRPr="000516A1" w:rsidRDefault="002517B8" w:rsidP="002517B8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869AC1A" w14:textId="77777777" w:rsidR="002517B8" w:rsidRPr="000516A1" w:rsidRDefault="002517B8" w:rsidP="002517B8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B53E612" w14:textId="2076023E" w:rsidR="00CD12B9" w:rsidRPr="000516A1" w:rsidRDefault="002517B8" w:rsidP="003B52A7">
      <w:pPr>
        <w:rPr>
          <w:rFonts w:asciiTheme="majorHAnsi" w:hAnsiTheme="majorHAnsi" w:cstheme="majorHAnsi"/>
          <w:b/>
          <w:sz w:val="24"/>
          <w:szCs w:val="24"/>
          <w:lang w:val="pl-PL"/>
        </w:rPr>
      </w:pP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>I</w:t>
      </w:r>
      <w:r w:rsidR="00761B04" w:rsidRPr="000516A1">
        <w:rPr>
          <w:rFonts w:asciiTheme="majorHAnsi" w:hAnsiTheme="majorHAnsi" w:cstheme="majorHAnsi"/>
          <w:b/>
          <w:sz w:val="24"/>
          <w:szCs w:val="24"/>
          <w:lang w:val="pl-PL"/>
        </w:rPr>
        <w:t>I</w:t>
      </w: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 xml:space="preserve">I. </w:t>
      </w:r>
      <w:r w:rsidR="00C64D84" w:rsidRPr="000516A1">
        <w:rPr>
          <w:rFonts w:asciiTheme="majorHAnsi" w:hAnsiTheme="majorHAnsi" w:cstheme="majorHAnsi"/>
          <w:b/>
          <w:sz w:val="24"/>
          <w:szCs w:val="24"/>
          <w:lang w:val="pl-PL"/>
        </w:rPr>
        <w:t xml:space="preserve">OCENA </w:t>
      </w: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 xml:space="preserve">POTRZEB </w:t>
      </w:r>
      <w:r w:rsidR="00535676" w:rsidRPr="000516A1">
        <w:rPr>
          <w:rFonts w:asciiTheme="majorHAnsi" w:hAnsiTheme="majorHAnsi" w:cstheme="majorHAnsi"/>
          <w:b/>
          <w:sz w:val="24"/>
          <w:szCs w:val="24"/>
          <w:lang w:val="pl-PL"/>
        </w:rPr>
        <w:t>OSOBY Z NIEPEŁNOSPRAWNOŚCIĄ WYMAGAJĄCEJ WSPARCIA ASYSTENTA</w:t>
      </w: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>:</w:t>
      </w:r>
    </w:p>
    <w:p w14:paraId="787E8AF6" w14:textId="6A40CA0E" w:rsidR="002517B8" w:rsidRPr="005536CE" w:rsidRDefault="002517B8" w:rsidP="00F26771">
      <w:pPr>
        <w:pStyle w:val="NormalnyWeb"/>
        <w:spacing w:before="120" w:beforeAutospacing="0" w:after="120" w:afterAutospacing="0"/>
        <w:rPr>
          <w:rFonts w:asciiTheme="majorHAnsi" w:hAnsiTheme="majorHAnsi" w:cstheme="majorHAnsi"/>
          <w:i/>
          <w:iCs/>
          <w:sz w:val="22"/>
          <w:szCs w:val="22"/>
        </w:rPr>
      </w:pPr>
      <w:r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Dla każdego </w:t>
      </w:r>
      <w:r w:rsidR="00C64D84"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z poniższych </w:t>
      </w:r>
      <w:r w:rsidRPr="005536CE">
        <w:rPr>
          <w:rFonts w:asciiTheme="majorHAnsi" w:hAnsiTheme="majorHAnsi" w:cstheme="majorHAnsi"/>
          <w:i/>
          <w:iCs/>
          <w:sz w:val="22"/>
          <w:szCs w:val="22"/>
        </w:rPr>
        <w:t>obszar</w:t>
      </w:r>
      <w:r w:rsidR="00C64D84" w:rsidRPr="005536CE">
        <w:rPr>
          <w:rFonts w:asciiTheme="majorHAnsi" w:hAnsiTheme="majorHAnsi" w:cstheme="majorHAnsi"/>
          <w:i/>
          <w:iCs/>
          <w:sz w:val="22"/>
          <w:szCs w:val="22"/>
        </w:rPr>
        <w:t>ów</w:t>
      </w:r>
      <w:r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 należy określić poziom potrzeby</w:t>
      </w:r>
      <w:r w:rsidR="00630C7D"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 </w:t>
      </w:r>
      <w:r w:rsidR="00C64D84"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wsparcia </w:t>
      </w:r>
      <w:r w:rsidR="00630C7D" w:rsidRPr="005536CE">
        <w:rPr>
          <w:rFonts w:asciiTheme="majorHAnsi" w:hAnsiTheme="majorHAnsi" w:cstheme="majorHAnsi"/>
          <w:i/>
          <w:iCs/>
          <w:sz w:val="22"/>
          <w:szCs w:val="22"/>
        </w:rPr>
        <w:t>osoby wnioskującej</w:t>
      </w:r>
      <w:r w:rsidR="00E9363D"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 o udział w Programie</w:t>
      </w:r>
      <w:r w:rsidR="00D03A5E" w:rsidRPr="005536CE">
        <w:rPr>
          <w:rFonts w:asciiTheme="majorHAnsi" w:hAnsiTheme="majorHAnsi" w:cstheme="majorHAnsi"/>
          <w:i/>
          <w:iCs/>
          <w:sz w:val="22"/>
          <w:szCs w:val="22"/>
        </w:rPr>
        <w:t>.</w:t>
      </w:r>
    </w:p>
    <w:p w14:paraId="70EAC33D" w14:textId="41206732" w:rsidR="007E7A35" w:rsidRPr="005536CE" w:rsidRDefault="00DE7B42" w:rsidP="00C64D84">
      <w:pPr>
        <w:pStyle w:val="NormalnyWeb"/>
        <w:spacing w:before="120" w:beforeAutospacing="0" w:after="120" w:afterAutospacing="0"/>
        <w:rPr>
          <w:rFonts w:asciiTheme="majorHAnsi" w:hAnsiTheme="majorHAnsi" w:cstheme="majorHAnsi"/>
          <w:i/>
          <w:iCs/>
          <w:sz w:val="22"/>
          <w:szCs w:val="22"/>
        </w:rPr>
      </w:pPr>
      <w:r w:rsidRPr="005536CE">
        <w:rPr>
          <w:rFonts w:asciiTheme="majorHAnsi" w:hAnsiTheme="majorHAnsi" w:cstheme="majorHAnsi"/>
          <w:i/>
          <w:iCs/>
          <w:sz w:val="22"/>
          <w:szCs w:val="22"/>
        </w:rPr>
        <w:t>Przy dokonywaniu oceny należy uwzględnić zakres i częstotliwość potrzebnego wsparcia asystenta w danym obszarze. Ocenie podlegają potrzeby wsparcia pozostające w związku z niepełnosprawnością osoby wnioskującej o udział w Programie</w:t>
      </w:r>
      <w:r w:rsidR="007E7A35"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. W przypadku np. dzieci należy brać pod uwagę wyłącznie potrzeby wsparcia </w:t>
      </w:r>
      <w:r w:rsidR="00E45E2B"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wynikające z ich niepełnosprawności, </w:t>
      </w:r>
      <w:r w:rsidR="007E7A35" w:rsidRPr="005536CE">
        <w:rPr>
          <w:rFonts w:asciiTheme="majorHAnsi" w:hAnsiTheme="majorHAnsi" w:cstheme="majorHAnsi"/>
          <w:i/>
          <w:iCs/>
          <w:sz w:val="22"/>
          <w:szCs w:val="22"/>
        </w:rPr>
        <w:t>wykraczające poza zakres pomocy właściwy dla dziecka w porównywalnym wieku</w:t>
      </w:r>
      <w:r w:rsidR="00C64D84"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. </w:t>
      </w:r>
    </w:p>
    <w:p w14:paraId="78E9ED11" w14:textId="28200EF6" w:rsidR="00C64D84" w:rsidRPr="005536CE" w:rsidRDefault="00B531F6" w:rsidP="00F26771">
      <w:pPr>
        <w:pStyle w:val="NormalnyWeb"/>
        <w:spacing w:before="120" w:beforeAutospacing="0" w:after="120" w:afterAutospacing="0"/>
        <w:rPr>
          <w:rFonts w:asciiTheme="majorHAnsi" w:hAnsiTheme="majorHAnsi" w:cstheme="majorHAnsi"/>
          <w:i/>
          <w:iCs/>
          <w:sz w:val="22"/>
          <w:szCs w:val="22"/>
        </w:rPr>
      </w:pPr>
      <w:r w:rsidRPr="005536CE">
        <w:rPr>
          <w:rFonts w:asciiTheme="majorHAnsi" w:hAnsiTheme="majorHAnsi" w:cstheme="majorHAnsi"/>
          <w:i/>
          <w:iCs/>
          <w:sz w:val="22"/>
          <w:szCs w:val="22"/>
        </w:rPr>
        <w:t>Ocenę należy przeprowadzić z zastosowaniem następującej skali</w:t>
      </w:r>
      <w:r w:rsidR="00C64D84" w:rsidRPr="005536CE">
        <w:rPr>
          <w:rFonts w:asciiTheme="majorHAnsi" w:hAnsiTheme="majorHAnsi" w:cstheme="majorHAnsi"/>
          <w:i/>
          <w:iCs/>
          <w:sz w:val="22"/>
          <w:szCs w:val="22"/>
        </w:rPr>
        <w:t>:</w:t>
      </w:r>
    </w:p>
    <w:p w14:paraId="6C9C3E99" w14:textId="6280E503" w:rsidR="00C64D84" w:rsidRPr="005536CE" w:rsidRDefault="00C64D84" w:rsidP="00F26771">
      <w:pPr>
        <w:pStyle w:val="NormalnyWeb"/>
        <w:numPr>
          <w:ilvl w:val="0"/>
          <w:numId w:val="22"/>
        </w:numPr>
        <w:spacing w:before="120" w:beforeAutospacing="0" w:after="120" w:afterAutospacing="0"/>
        <w:rPr>
          <w:rFonts w:asciiTheme="majorHAnsi" w:hAnsiTheme="majorHAnsi" w:cstheme="majorHAnsi"/>
          <w:i/>
          <w:iCs/>
          <w:sz w:val="22"/>
          <w:szCs w:val="22"/>
        </w:rPr>
      </w:pPr>
      <w:r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brak potrzeby wsparcia (0 pkt) - </w:t>
      </w:r>
      <w:r w:rsidR="000516A1" w:rsidRPr="005536CE">
        <w:rPr>
          <w:rFonts w:asciiTheme="majorHAnsi" w:hAnsiTheme="majorHAnsi" w:cstheme="majorHAnsi"/>
          <w:i/>
          <w:iCs/>
          <w:sz w:val="22"/>
          <w:szCs w:val="22"/>
        </w:rPr>
        <w:t>osoba nie potrzebuje wsparcia asystenta w danym obszarze</w:t>
      </w:r>
      <w:r w:rsidR="00B531F6" w:rsidRPr="005536CE">
        <w:rPr>
          <w:rFonts w:asciiTheme="majorHAnsi" w:hAnsiTheme="majorHAnsi" w:cstheme="majorHAnsi"/>
          <w:i/>
          <w:iCs/>
          <w:sz w:val="22"/>
          <w:szCs w:val="22"/>
        </w:rPr>
        <w:t>;</w:t>
      </w:r>
    </w:p>
    <w:p w14:paraId="411A7236" w14:textId="7ACF2F32" w:rsidR="00C64D84" w:rsidRPr="005536CE" w:rsidRDefault="000516A1" w:rsidP="00F26771">
      <w:pPr>
        <w:pStyle w:val="NormalnyWeb"/>
        <w:numPr>
          <w:ilvl w:val="0"/>
          <w:numId w:val="22"/>
        </w:numPr>
        <w:spacing w:before="120" w:beforeAutospacing="0" w:after="120" w:afterAutospacing="0"/>
        <w:rPr>
          <w:rFonts w:asciiTheme="majorHAnsi" w:hAnsiTheme="majorHAnsi" w:cstheme="majorHAnsi"/>
          <w:i/>
          <w:iCs/>
          <w:sz w:val="22"/>
          <w:szCs w:val="22"/>
        </w:rPr>
      </w:pPr>
      <w:r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umiarkowana </w:t>
      </w:r>
      <w:r w:rsidR="00C64D84"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potrzeba </w:t>
      </w:r>
      <w:r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wsparcia </w:t>
      </w:r>
      <w:r w:rsidR="00C64D84"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(1 pkt) - </w:t>
      </w:r>
      <w:r w:rsidRPr="005536CE">
        <w:rPr>
          <w:rFonts w:asciiTheme="majorHAnsi" w:hAnsiTheme="majorHAnsi" w:cstheme="majorHAnsi"/>
          <w:i/>
          <w:iCs/>
          <w:sz w:val="22"/>
          <w:szCs w:val="22"/>
        </w:rPr>
        <w:t>wsparcie jest potrzebne przy niektórych czynnościach, okresowo lub w określonych sytuacjach</w:t>
      </w:r>
      <w:r w:rsidR="00B531F6" w:rsidRPr="005536CE">
        <w:rPr>
          <w:rFonts w:asciiTheme="majorHAnsi" w:hAnsiTheme="majorHAnsi" w:cstheme="majorHAnsi"/>
          <w:i/>
          <w:iCs/>
          <w:sz w:val="22"/>
          <w:szCs w:val="22"/>
        </w:rPr>
        <w:t>;</w:t>
      </w:r>
    </w:p>
    <w:p w14:paraId="4316790C" w14:textId="19DE6F5D" w:rsidR="00C64D84" w:rsidRPr="005536CE" w:rsidRDefault="000516A1" w:rsidP="00F26771">
      <w:pPr>
        <w:pStyle w:val="NormalnyWeb"/>
        <w:numPr>
          <w:ilvl w:val="0"/>
          <w:numId w:val="22"/>
        </w:numPr>
        <w:spacing w:before="120" w:beforeAutospacing="0" w:after="120" w:afterAutospacing="0"/>
        <w:rPr>
          <w:rFonts w:asciiTheme="majorHAnsi" w:hAnsiTheme="majorHAnsi" w:cstheme="majorHAnsi"/>
          <w:i/>
          <w:iCs/>
          <w:sz w:val="22"/>
          <w:szCs w:val="22"/>
        </w:rPr>
      </w:pPr>
      <w:r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wysoka </w:t>
      </w:r>
      <w:r w:rsidR="00C64D84"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potrzeba </w:t>
      </w:r>
      <w:r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wsparcia </w:t>
      </w:r>
      <w:r w:rsidR="00C64D84"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(2 pkt) - </w:t>
      </w:r>
      <w:r w:rsidRPr="005536CE">
        <w:rPr>
          <w:rFonts w:asciiTheme="majorHAnsi" w:hAnsiTheme="majorHAnsi" w:cstheme="majorHAnsi"/>
          <w:i/>
          <w:iCs/>
          <w:sz w:val="22"/>
          <w:szCs w:val="22"/>
        </w:rPr>
        <w:t>wsparcie jest potrzebne przy wielu czynnościach, często lub regularnie</w:t>
      </w:r>
      <w:r w:rsidR="00B531F6" w:rsidRPr="005536CE">
        <w:rPr>
          <w:rFonts w:asciiTheme="majorHAnsi" w:hAnsiTheme="majorHAnsi" w:cstheme="majorHAnsi"/>
          <w:i/>
          <w:iCs/>
          <w:sz w:val="22"/>
          <w:szCs w:val="22"/>
        </w:rPr>
        <w:t>.</w:t>
      </w:r>
    </w:p>
    <w:p w14:paraId="2BDF1E2F" w14:textId="22C6B487" w:rsidR="002517B8" w:rsidRPr="003D52E0" w:rsidRDefault="002517B8" w:rsidP="002C4A33">
      <w:pPr>
        <w:spacing w:before="240"/>
        <w:ind w:left="284" w:hanging="284"/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t>1</w:t>
      </w:r>
      <w:r w:rsidR="003C4D21" w:rsidRPr="000516A1">
        <w:rPr>
          <w:rFonts w:asciiTheme="majorHAnsi" w:hAnsiTheme="majorHAnsi" w:cstheme="majorHAnsi"/>
          <w:bCs/>
          <w:sz w:val="22"/>
          <w:lang w:val="pl-PL"/>
        </w:rPr>
        <w:t>.</w:t>
      </w:r>
      <w:r w:rsidRPr="000516A1">
        <w:rPr>
          <w:rFonts w:asciiTheme="majorHAnsi" w:hAnsiTheme="majorHAnsi" w:cstheme="majorHAnsi"/>
          <w:bCs/>
          <w:sz w:val="22"/>
          <w:lang w:val="pl-PL"/>
        </w:rPr>
        <w:tab/>
      </w:r>
      <w:r w:rsidR="00E40248" w:rsidRPr="000516A1">
        <w:rPr>
          <w:rFonts w:asciiTheme="majorHAnsi" w:hAnsiTheme="majorHAnsi" w:cstheme="majorHAnsi"/>
          <w:bCs/>
          <w:sz w:val="22"/>
          <w:lang w:val="pl-PL"/>
        </w:rPr>
        <w:t>Czynności samoobsługowe, w tym utrzymanie higieny osobistej</w:t>
      </w:r>
      <w:r w:rsidR="00E40248" w:rsidRPr="000516A1" w:rsidDel="00E40248">
        <w:rPr>
          <w:rFonts w:asciiTheme="majorHAnsi" w:hAnsiTheme="majorHAnsi" w:cstheme="majorHAnsi"/>
          <w:bCs/>
          <w:sz w:val="22"/>
          <w:lang w:val="pl-PL"/>
        </w:rPr>
        <w:t xml:space="preserve"> </w:t>
      </w:r>
    </w:p>
    <w:p w14:paraId="18AD80DC" w14:textId="0961E0C7" w:rsidR="001728C8" w:rsidRPr="000516A1" w:rsidRDefault="001728C8" w:rsidP="001728C8">
      <w:pPr>
        <w:rPr>
          <w:rFonts w:asciiTheme="majorHAnsi" w:hAnsiTheme="majorHAnsi" w:cstheme="majorHAnsi"/>
          <w:bCs/>
          <w:sz w:val="22"/>
          <w:lang w:val="pl-PL"/>
        </w:rPr>
      </w:pPr>
      <w:bookmarkStart w:id="1" w:name="_Hlk237964782"/>
      <w:r w:rsidRPr="000516A1">
        <w:rPr>
          <w:rFonts w:ascii="Segoe UI Symbol" w:hAnsi="Segoe UI Symbol" w:cs="Segoe UI Symbol"/>
          <w:b/>
          <w:sz w:val="22"/>
          <w:lang w:val="pl-PL"/>
        </w:rPr>
        <w:t>☐</w:t>
      </w:r>
      <w:r w:rsidRPr="000516A1">
        <w:rPr>
          <w:rFonts w:asciiTheme="majorHAnsi" w:hAnsiTheme="majorHAnsi" w:cstheme="majorHAnsi"/>
          <w:bCs/>
          <w:sz w:val="22"/>
          <w:lang w:val="pl-PL"/>
        </w:rPr>
        <w:t xml:space="preserve"> brak potrzeby wsparcia</w:t>
      </w:r>
      <w:r w:rsidR="00B6776F" w:rsidRPr="000516A1">
        <w:rPr>
          <w:rFonts w:asciiTheme="majorHAnsi" w:hAnsiTheme="majorHAnsi" w:cstheme="majorHAnsi"/>
          <w:bCs/>
          <w:sz w:val="22"/>
          <w:lang w:val="pl-PL"/>
        </w:rPr>
        <w:t xml:space="preserve"> (0 pkt)</w:t>
      </w:r>
    </w:p>
    <w:p w14:paraId="5335470C" w14:textId="269D46A1" w:rsidR="001728C8" w:rsidRPr="000516A1" w:rsidRDefault="001728C8" w:rsidP="001728C8">
      <w:pPr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="Segoe UI Symbol" w:hAnsi="Segoe UI Symbol" w:cs="Segoe UI Symbol"/>
          <w:b/>
          <w:sz w:val="22"/>
          <w:lang w:val="pl-PL"/>
        </w:rPr>
        <w:t>☐</w:t>
      </w:r>
      <w:r w:rsidRPr="000516A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="000516A1" w:rsidRPr="00F26771">
        <w:rPr>
          <w:rFonts w:asciiTheme="majorHAnsi" w:hAnsiTheme="majorHAnsi" w:cstheme="majorHAnsi"/>
          <w:sz w:val="22"/>
          <w:lang w:val="pl-PL"/>
        </w:rPr>
        <w:t xml:space="preserve">umiarkowana potrzeba wsparcia </w:t>
      </w:r>
      <w:r w:rsidR="00B6776F" w:rsidRPr="000516A1">
        <w:rPr>
          <w:rFonts w:asciiTheme="majorHAnsi" w:hAnsiTheme="majorHAnsi" w:cstheme="majorHAnsi"/>
          <w:bCs/>
          <w:sz w:val="22"/>
          <w:lang w:val="pl-PL"/>
        </w:rPr>
        <w:t>(1 pkt)</w:t>
      </w:r>
    </w:p>
    <w:p w14:paraId="3DF36A01" w14:textId="182DE579" w:rsidR="001728C8" w:rsidRPr="003D52E0" w:rsidRDefault="001728C8" w:rsidP="001728C8">
      <w:pPr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="Segoe UI Symbol" w:hAnsi="Segoe UI Symbol" w:cs="Segoe UI Symbol"/>
          <w:b/>
          <w:sz w:val="22"/>
          <w:lang w:val="pl-PL"/>
        </w:rPr>
        <w:t>☐</w:t>
      </w:r>
      <w:r w:rsidRPr="000516A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="000516A1" w:rsidRPr="00F26771">
        <w:rPr>
          <w:rFonts w:asciiTheme="majorHAnsi" w:hAnsiTheme="majorHAnsi" w:cstheme="majorHAnsi"/>
          <w:sz w:val="22"/>
          <w:lang w:val="pl-PL"/>
        </w:rPr>
        <w:t xml:space="preserve">wysoka potrzeba wsparcia </w:t>
      </w:r>
      <w:r w:rsidR="005D5031" w:rsidRPr="000516A1">
        <w:rPr>
          <w:rFonts w:asciiTheme="majorHAnsi" w:hAnsiTheme="majorHAnsi" w:cstheme="majorHAnsi"/>
          <w:bCs/>
          <w:sz w:val="22"/>
          <w:lang w:val="pl-PL"/>
        </w:rPr>
        <w:t xml:space="preserve">(2 pkt) </w:t>
      </w:r>
    </w:p>
    <w:bookmarkEnd w:id="1"/>
    <w:p w14:paraId="387C0B5B" w14:textId="0325B94E" w:rsidR="00CE5086" w:rsidRPr="000516A1" w:rsidRDefault="00B6776F" w:rsidP="002C4A33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proofErr w:type="gramStart"/>
      <w:r w:rsidRPr="000516A1">
        <w:rPr>
          <w:rFonts w:asciiTheme="majorHAnsi" w:hAnsiTheme="majorHAnsi" w:cstheme="majorHAnsi"/>
          <w:bCs/>
          <w:sz w:val="22"/>
          <w:lang w:val="pl-PL"/>
        </w:rPr>
        <w:t>Uzasadni</w:t>
      </w:r>
      <w:r w:rsidR="003F1EE2" w:rsidRPr="000516A1">
        <w:rPr>
          <w:rFonts w:asciiTheme="majorHAnsi" w:hAnsiTheme="majorHAnsi" w:cstheme="majorHAnsi"/>
          <w:bCs/>
          <w:sz w:val="22"/>
          <w:lang w:val="pl-PL"/>
        </w:rPr>
        <w:t>e</w:t>
      </w:r>
      <w:r w:rsidRPr="000516A1">
        <w:rPr>
          <w:rFonts w:asciiTheme="majorHAnsi" w:hAnsiTheme="majorHAnsi" w:cstheme="majorHAnsi"/>
          <w:bCs/>
          <w:sz w:val="22"/>
          <w:lang w:val="pl-PL"/>
        </w:rPr>
        <w:t>nie</w:t>
      </w:r>
      <w:r w:rsidR="002517B8" w:rsidRPr="000516A1">
        <w:rPr>
          <w:rFonts w:asciiTheme="majorHAnsi" w:hAnsiTheme="majorHAnsi" w:cstheme="majorHAnsi"/>
          <w:bCs/>
          <w:sz w:val="22"/>
          <w:lang w:val="pl-PL"/>
        </w:rPr>
        <w:t>:</w:t>
      </w:r>
      <w:r w:rsidR="002517B8" w:rsidRPr="000516A1">
        <w:rPr>
          <w:rFonts w:asciiTheme="majorHAnsi" w:eastAsiaTheme="minorHAnsi" w:hAnsiTheme="majorHAnsi" w:cstheme="majorHAnsi"/>
          <w:sz w:val="22"/>
          <w:lang w:val="pl-PL"/>
        </w:rPr>
        <w:t>…</w:t>
      </w:r>
      <w:proofErr w:type="gramEnd"/>
      <w:r w:rsidR="002517B8"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</w:t>
      </w:r>
      <w:proofErr w:type="gramStart"/>
      <w:r w:rsidR="002517B8" w:rsidRPr="000516A1">
        <w:rPr>
          <w:rFonts w:asciiTheme="majorHAnsi" w:eastAsiaTheme="minorHAnsi" w:hAnsiTheme="majorHAnsi" w:cstheme="majorHAnsi"/>
          <w:sz w:val="22"/>
          <w:lang w:val="pl-PL"/>
        </w:rPr>
        <w:t>……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.</w:t>
      </w:r>
      <w:proofErr w:type="gramEnd"/>
      <w:r w:rsidR="002517B8"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</w:t>
      </w:r>
      <w:r w:rsidR="00CE5086"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</w:t>
      </w:r>
    </w:p>
    <w:p w14:paraId="0364ED20" w14:textId="65B9ECDB" w:rsidR="002517B8" w:rsidRPr="000516A1" w:rsidRDefault="003F1EE2" w:rsidP="005536CE">
      <w:pPr>
        <w:spacing w:before="120"/>
        <w:ind w:left="284" w:hanging="284"/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t>2</w:t>
      </w:r>
      <w:r w:rsidR="003C4D21" w:rsidRPr="000516A1">
        <w:rPr>
          <w:rFonts w:asciiTheme="majorHAnsi" w:hAnsiTheme="majorHAnsi" w:cstheme="majorHAnsi"/>
          <w:bCs/>
          <w:sz w:val="22"/>
          <w:lang w:val="pl-PL"/>
        </w:rPr>
        <w:t>.</w:t>
      </w:r>
      <w:r w:rsidR="002517B8" w:rsidRPr="000516A1">
        <w:rPr>
          <w:rFonts w:asciiTheme="majorHAnsi" w:hAnsiTheme="majorHAnsi" w:cstheme="majorHAnsi"/>
          <w:bCs/>
          <w:sz w:val="22"/>
          <w:lang w:val="pl-PL"/>
        </w:rPr>
        <w:tab/>
      </w:r>
      <w:r w:rsidR="00E45E2B" w:rsidRPr="00E45E2B">
        <w:rPr>
          <w:rFonts w:asciiTheme="majorHAnsi" w:hAnsiTheme="majorHAnsi" w:cstheme="majorHAnsi"/>
          <w:bCs/>
          <w:sz w:val="22"/>
          <w:lang w:val="pl-PL"/>
        </w:rPr>
        <w:t>Wykonywanie codziennych czynności związanych z funkcjonowaniem w domu i rodzinie</w:t>
      </w:r>
    </w:p>
    <w:p w14:paraId="60229502" w14:textId="77777777" w:rsidR="003F1EE2" w:rsidRPr="000516A1" w:rsidRDefault="003F1EE2" w:rsidP="003F1EE2">
      <w:pPr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="Segoe UI Symbol" w:hAnsi="Segoe UI Symbol" w:cs="Segoe UI Symbol"/>
          <w:b/>
          <w:sz w:val="22"/>
          <w:lang w:val="pl-PL"/>
        </w:rPr>
        <w:t>☐</w:t>
      </w:r>
      <w:r w:rsidRPr="000516A1">
        <w:rPr>
          <w:rFonts w:asciiTheme="majorHAnsi" w:hAnsiTheme="majorHAnsi" w:cstheme="majorHAnsi"/>
          <w:bCs/>
          <w:sz w:val="22"/>
          <w:lang w:val="pl-PL"/>
        </w:rPr>
        <w:t xml:space="preserve"> brak potrzeby wsparcia (0 pkt)</w:t>
      </w:r>
    </w:p>
    <w:p w14:paraId="29BB4EAF" w14:textId="28C06BAC" w:rsidR="003F1EE2" w:rsidRPr="000516A1" w:rsidRDefault="003F1EE2" w:rsidP="003F1EE2">
      <w:pPr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="Segoe UI Symbol" w:hAnsi="Segoe UI Symbol" w:cs="Segoe UI Symbol"/>
          <w:b/>
          <w:sz w:val="22"/>
          <w:lang w:val="pl-PL"/>
        </w:rPr>
        <w:t>☐</w:t>
      </w:r>
      <w:r w:rsidRPr="000516A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="000516A1" w:rsidRPr="005C4CD1">
        <w:rPr>
          <w:rFonts w:asciiTheme="majorHAnsi" w:hAnsiTheme="majorHAnsi" w:cstheme="majorHAnsi"/>
          <w:sz w:val="22"/>
          <w:lang w:val="pl-PL"/>
        </w:rPr>
        <w:t>umiarkowana potrzeba wsparcia</w:t>
      </w:r>
      <w:r w:rsidR="000516A1" w:rsidRPr="003D52E0" w:rsidDel="000516A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Pr="000516A1">
        <w:rPr>
          <w:rFonts w:asciiTheme="majorHAnsi" w:hAnsiTheme="majorHAnsi" w:cstheme="majorHAnsi"/>
          <w:bCs/>
          <w:sz w:val="22"/>
          <w:lang w:val="pl-PL"/>
        </w:rPr>
        <w:t>(1 pkt)</w:t>
      </w:r>
    </w:p>
    <w:p w14:paraId="11C66B11" w14:textId="78EF5E5A" w:rsidR="003F1EE2" w:rsidRPr="000516A1" w:rsidRDefault="003F1EE2" w:rsidP="003F1EE2">
      <w:pPr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="Segoe UI Symbol" w:hAnsi="Segoe UI Symbol" w:cs="Segoe UI Symbol"/>
          <w:b/>
          <w:sz w:val="22"/>
          <w:lang w:val="pl-PL"/>
        </w:rPr>
        <w:t>☐</w:t>
      </w:r>
      <w:r w:rsidRPr="000516A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="000516A1" w:rsidRPr="005C4CD1">
        <w:rPr>
          <w:rFonts w:asciiTheme="majorHAnsi" w:hAnsiTheme="majorHAnsi" w:cstheme="majorHAnsi"/>
          <w:sz w:val="22"/>
          <w:lang w:val="pl-PL"/>
        </w:rPr>
        <w:t xml:space="preserve">wysoka potrzeba wsparcia </w:t>
      </w:r>
      <w:r w:rsidRPr="000516A1">
        <w:rPr>
          <w:rFonts w:asciiTheme="majorHAnsi" w:hAnsiTheme="majorHAnsi" w:cstheme="majorHAnsi"/>
          <w:bCs/>
          <w:sz w:val="22"/>
          <w:lang w:val="pl-PL"/>
        </w:rPr>
        <w:t xml:space="preserve">(2 pkt) </w:t>
      </w:r>
    </w:p>
    <w:p w14:paraId="04061657" w14:textId="74A4F3F3" w:rsidR="003F1EE2" w:rsidRPr="000516A1" w:rsidRDefault="003F1EE2" w:rsidP="003F1EE2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proofErr w:type="gramStart"/>
      <w:r w:rsidRPr="000516A1">
        <w:rPr>
          <w:rFonts w:asciiTheme="majorHAnsi" w:hAnsiTheme="majorHAnsi" w:cstheme="majorHAnsi"/>
          <w:bCs/>
          <w:sz w:val="22"/>
          <w:lang w:val="pl-PL"/>
        </w:rPr>
        <w:t>Uzasadnienie: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…</w:t>
      </w:r>
      <w:proofErr w:type="gramEnd"/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</w:t>
      </w:r>
      <w:proofErr w:type="gramStart"/>
      <w:r w:rsidRPr="000516A1">
        <w:rPr>
          <w:rFonts w:asciiTheme="majorHAnsi" w:eastAsiaTheme="minorHAnsi" w:hAnsiTheme="majorHAnsi" w:cstheme="majorHAnsi"/>
          <w:sz w:val="22"/>
          <w:lang w:val="pl-PL"/>
        </w:rPr>
        <w:t>…….</w:t>
      </w:r>
      <w:proofErr w:type="gramEnd"/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06DE61F" w14:textId="7E741A9F" w:rsidR="002517B8" w:rsidRPr="000516A1" w:rsidRDefault="003F1EE2" w:rsidP="005536CE">
      <w:pPr>
        <w:spacing w:before="120"/>
        <w:ind w:left="426" w:hanging="426"/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lastRenderedPageBreak/>
        <w:t>3</w:t>
      </w:r>
      <w:r w:rsidR="003C4D21" w:rsidRPr="000516A1">
        <w:rPr>
          <w:rFonts w:asciiTheme="majorHAnsi" w:hAnsiTheme="majorHAnsi" w:cstheme="majorHAnsi"/>
          <w:bCs/>
          <w:sz w:val="22"/>
          <w:lang w:val="pl-PL"/>
        </w:rPr>
        <w:t>.</w:t>
      </w:r>
      <w:r w:rsidR="002517B8" w:rsidRPr="000516A1">
        <w:rPr>
          <w:rFonts w:asciiTheme="majorHAnsi" w:hAnsiTheme="majorHAnsi" w:cstheme="majorHAnsi"/>
          <w:bCs/>
          <w:sz w:val="22"/>
          <w:lang w:val="pl-PL"/>
        </w:rPr>
        <w:tab/>
        <w:t>Przemieszczanie się</w:t>
      </w:r>
      <w:r w:rsidR="00E40248" w:rsidRPr="000516A1">
        <w:rPr>
          <w:rFonts w:asciiTheme="majorHAnsi" w:hAnsiTheme="majorHAnsi" w:cstheme="majorHAnsi"/>
          <w:bCs/>
          <w:sz w:val="22"/>
          <w:lang w:val="pl-PL"/>
        </w:rPr>
        <w:t xml:space="preserve"> poza miejscem zamieszkania</w:t>
      </w:r>
    </w:p>
    <w:p w14:paraId="016FA57A" w14:textId="77777777" w:rsidR="003F1EE2" w:rsidRPr="000516A1" w:rsidRDefault="003F1EE2" w:rsidP="003F1EE2">
      <w:pPr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="Segoe UI Symbol" w:hAnsi="Segoe UI Symbol" w:cs="Segoe UI Symbol"/>
          <w:b/>
          <w:sz w:val="22"/>
          <w:lang w:val="pl-PL"/>
        </w:rPr>
        <w:t>☐</w:t>
      </w:r>
      <w:r w:rsidRPr="000516A1">
        <w:rPr>
          <w:rFonts w:asciiTheme="majorHAnsi" w:hAnsiTheme="majorHAnsi" w:cstheme="majorHAnsi"/>
          <w:bCs/>
          <w:sz w:val="22"/>
          <w:lang w:val="pl-PL"/>
        </w:rPr>
        <w:t xml:space="preserve"> brak potrzeby wsparcia (0 pkt)</w:t>
      </w:r>
    </w:p>
    <w:p w14:paraId="2BFC0DFF" w14:textId="77777777" w:rsidR="000516A1" w:rsidRPr="005C4CD1" w:rsidRDefault="000516A1" w:rsidP="000516A1">
      <w:pPr>
        <w:rPr>
          <w:rFonts w:asciiTheme="majorHAnsi" w:hAnsiTheme="majorHAnsi" w:cstheme="majorHAnsi"/>
          <w:bCs/>
          <w:sz w:val="22"/>
          <w:lang w:val="pl-PL"/>
        </w:rPr>
      </w:pPr>
      <w:r w:rsidRPr="005C4CD1">
        <w:rPr>
          <w:rFonts w:ascii="Segoe UI Symbol" w:hAnsi="Segoe UI Symbol" w:cs="Segoe UI Symbol"/>
          <w:b/>
          <w:sz w:val="22"/>
          <w:lang w:val="pl-PL"/>
        </w:rPr>
        <w:t>☐</w:t>
      </w:r>
      <w:r w:rsidRPr="005C4CD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Pr="005C4CD1">
        <w:rPr>
          <w:rFonts w:asciiTheme="majorHAnsi" w:hAnsiTheme="majorHAnsi" w:cstheme="majorHAnsi"/>
          <w:sz w:val="22"/>
          <w:lang w:val="pl-PL"/>
        </w:rPr>
        <w:t>umiarkowana potrzeba wsparcia</w:t>
      </w:r>
      <w:r w:rsidRPr="005C4CD1" w:rsidDel="000516A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Pr="005C4CD1">
        <w:rPr>
          <w:rFonts w:asciiTheme="majorHAnsi" w:hAnsiTheme="majorHAnsi" w:cstheme="majorHAnsi"/>
          <w:bCs/>
          <w:sz w:val="22"/>
          <w:lang w:val="pl-PL"/>
        </w:rPr>
        <w:t>(1 pkt)</w:t>
      </w:r>
    </w:p>
    <w:p w14:paraId="7FB1C042" w14:textId="77777777" w:rsidR="000516A1" w:rsidRPr="005C4CD1" w:rsidRDefault="000516A1" w:rsidP="000516A1">
      <w:pPr>
        <w:rPr>
          <w:rFonts w:asciiTheme="majorHAnsi" w:hAnsiTheme="majorHAnsi" w:cstheme="majorHAnsi"/>
          <w:bCs/>
          <w:sz w:val="22"/>
          <w:lang w:val="pl-PL"/>
        </w:rPr>
      </w:pPr>
      <w:r w:rsidRPr="005C4CD1">
        <w:rPr>
          <w:rFonts w:ascii="Segoe UI Symbol" w:hAnsi="Segoe UI Symbol" w:cs="Segoe UI Symbol"/>
          <w:b/>
          <w:sz w:val="22"/>
          <w:lang w:val="pl-PL"/>
        </w:rPr>
        <w:t>☐</w:t>
      </w:r>
      <w:r w:rsidRPr="005C4CD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Pr="005C4CD1">
        <w:rPr>
          <w:rFonts w:asciiTheme="majorHAnsi" w:hAnsiTheme="majorHAnsi" w:cstheme="majorHAnsi"/>
          <w:sz w:val="22"/>
          <w:lang w:val="pl-PL"/>
        </w:rPr>
        <w:t xml:space="preserve">wysoka potrzeba wsparcia </w:t>
      </w:r>
      <w:r w:rsidRPr="005C4CD1">
        <w:rPr>
          <w:rFonts w:asciiTheme="majorHAnsi" w:hAnsiTheme="majorHAnsi" w:cstheme="majorHAnsi"/>
          <w:bCs/>
          <w:sz w:val="22"/>
          <w:lang w:val="pl-PL"/>
        </w:rPr>
        <w:t xml:space="preserve">(2 pkt) </w:t>
      </w:r>
    </w:p>
    <w:p w14:paraId="7C35320D" w14:textId="77C32405" w:rsidR="003F1EE2" w:rsidRPr="000516A1" w:rsidRDefault="003F1EE2" w:rsidP="003F1EE2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proofErr w:type="gramStart"/>
      <w:r w:rsidRPr="000516A1">
        <w:rPr>
          <w:rFonts w:asciiTheme="majorHAnsi" w:hAnsiTheme="majorHAnsi" w:cstheme="majorHAnsi"/>
          <w:bCs/>
          <w:sz w:val="22"/>
          <w:lang w:val="pl-PL"/>
        </w:rPr>
        <w:t>Uzasadnienie: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…</w:t>
      </w:r>
      <w:proofErr w:type="gramEnd"/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</w:t>
      </w:r>
      <w:proofErr w:type="gramStart"/>
      <w:r w:rsidRPr="000516A1">
        <w:rPr>
          <w:rFonts w:asciiTheme="majorHAnsi" w:eastAsiaTheme="minorHAnsi" w:hAnsiTheme="majorHAnsi" w:cstheme="majorHAnsi"/>
          <w:sz w:val="22"/>
          <w:lang w:val="pl-PL"/>
        </w:rPr>
        <w:t>…….</w:t>
      </w:r>
      <w:proofErr w:type="gramEnd"/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3D011D9" w14:textId="5E6331FF" w:rsidR="002517B8" w:rsidRPr="000516A1" w:rsidRDefault="002517B8" w:rsidP="005536CE">
      <w:pPr>
        <w:spacing w:before="120"/>
        <w:ind w:left="426" w:hanging="426"/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t>4</w:t>
      </w:r>
      <w:r w:rsidR="003C4D21" w:rsidRPr="000516A1">
        <w:rPr>
          <w:rFonts w:asciiTheme="majorHAnsi" w:hAnsiTheme="majorHAnsi" w:cstheme="majorHAnsi"/>
          <w:bCs/>
          <w:sz w:val="22"/>
          <w:lang w:val="pl-PL"/>
        </w:rPr>
        <w:t>.</w:t>
      </w:r>
      <w:r w:rsidRPr="000516A1">
        <w:rPr>
          <w:rFonts w:asciiTheme="majorHAnsi" w:hAnsiTheme="majorHAnsi" w:cstheme="majorHAnsi"/>
          <w:bCs/>
          <w:sz w:val="22"/>
          <w:lang w:val="pl-PL"/>
        </w:rPr>
        <w:tab/>
      </w:r>
      <w:r w:rsidR="00CB5637" w:rsidRPr="000516A1">
        <w:rPr>
          <w:rFonts w:asciiTheme="majorHAnsi" w:hAnsiTheme="majorHAnsi" w:cstheme="majorHAnsi"/>
          <w:bCs/>
          <w:sz w:val="22"/>
          <w:lang w:val="pl-PL"/>
        </w:rPr>
        <w:t>Komunikowanie się z innymi osobami, w tym wyrażanie swoich potrzeb oraz rozumienie i przekazywanie informacji</w:t>
      </w:r>
    </w:p>
    <w:p w14:paraId="7612A7DF" w14:textId="77777777" w:rsidR="003F1EE2" w:rsidRPr="000516A1" w:rsidRDefault="003F1EE2" w:rsidP="003F1EE2">
      <w:pPr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="Segoe UI Symbol" w:hAnsi="Segoe UI Symbol" w:cs="Segoe UI Symbol"/>
          <w:b/>
          <w:sz w:val="22"/>
          <w:lang w:val="pl-PL"/>
        </w:rPr>
        <w:t>☐</w:t>
      </w:r>
      <w:r w:rsidRPr="000516A1">
        <w:rPr>
          <w:rFonts w:asciiTheme="majorHAnsi" w:hAnsiTheme="majorHAnsi" w:cstheme="majorHAnsi"/>
          <w:bCs/>
          <w:sz w:val="22"/>
          <w:lang w:val="pl-PL"/>
        </w:rPr>
        <w:t xml:space="preserve"> brak potrzeby wsparcia (0 pkt)</w:t>
      </w:r>
    </w:p>
    <w:p w14:paraId="1C616B11" w14:textId="77777777" w:rsidR="000516A1" w:rsidRPr="005C4CD1" w:rsidRDefault="000516A1" w:rsidP="000516A1">
      <w:pPr>
        <w:rPr>
          <w:rFonts w:asciiTheme="majorHAnsi" w:hAnsiTheme="majorHAnsi" w:cstheme="majorHAnsi"/>
          <w:bCs/>
          <w:sz w:val="22"/>
          <w:lang w:val="pl-PL"/>
        </w:rPr>
      </w:pPr>
      <w:r w:rsidRPr="005C4CD1">
        <w:rPr>
          <w:rFonts w:ascii="Segoe UI Symbol" w:hAnsi="Segoe UI Symbol" w:cs="Segoe UI Symbol"/>
          <w:b/>
          <w:sz w:val="22"/>
          <w:lang w:val="pl-PL"/>
        </w:rPr>
        <w:t>☐</w:t>
      </w:r>
      <w:r w:rsidRPr="005C4CD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Pr="005C4CD1">
        <w:rPr>
          <w:rFonts w:asciiTheme="majorHAnsi" w:hAnsiTheme="majorHAnsi" w:cstheme="majorHAnsi"/>
          <w:sz w:val="22"/>
          <w:lang w:val="pl-PL"/>
        </w:rPr>
        <w:t>umiarkowana potrzeba wsparcia</w:t>
      </w:r>
      <w:r w:rsidRPr="005C4CD1" w:rsidDel="000516A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Pr="005C4CD1">
        <w:rPr>
          <w:rFonts w:asciiTheme="majorHAnsi" w:hAnsiTheme="majorHAnsi" w:cstheme="majorHAnsi"/>
          <w:bCs/>
          <w:sz w:val="22"/>
          <w:lang w:val="pl-PL"/>
        </w:rPr>
        <w:t>(1 pkt)</w:t>
      </w:r>
    </w:p>
    <w:p w14:paraId="605520D3" w14:textId="77777777" w:rsidR="000516A1" w:rsidRPr="005C4CD1" w:rsidRDefault="000516A1" w:rsidP="000516A1">
      <w:pPr>
        <w:rPr>
          <w:rFonts w:asciiTheme="majorHAnsi" w:hAnsiTheme="majorHAnsi" w:cstheme="majorHAnsi"/>
          <w:bCs/>
          <w:sz w:val="22"/>
          <w:lang w:val="pl-PL"/>
        </w:rPr>
      </w:pPr>
      <w:r w:rsidRPr="005C4CD1">
        <w:rPr>
          <w:rFonts w:ascii="Segoe UI Symbol" w:hAnsi="Segoe UI Symbol" w:cs="Segoe UI Symbol"/>
          <w:b/>
          <w:sz w:val="22"/>
          <w:lang w:val="pl-PL"/>
        </w:rPr>
        <w:t>☐</w:t>
      </w:r>
      <w:r w:rsidRPr="005C4CD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Pr="005C4CD1">
        <w:rPr>
          <w:rFonts w:asciiTheme="majorHAnsi" w:hAnsiTheme="majorHAnsi" w:cstheme="majorHAnsi"/>
          <w:sz w:val="22"/>
          <w:lang w:val="pl-PL"/>
        </w:rPr>
        <w:t xml:space="preserve">wysoka potrzeba wsparcia </w:t>
      </w:r>
      <w:r w:rsidRPr="005C4CD1">
        <w:rPr>
          <w:rFonts w:asciiTheme="majorHAnsi" w:hAnsiTheme="majorHAnsi" w:cstheme="majorHAnsi"/>
          <w:bCs/>
          <w:sz w:val="22"/>
          <w:lang w:val="pl-PL"/>
        </w:rPr>
        <w:t xml:space="preserve">(2 pkt) </w:t>
      </w:r>
    </w:p>
    <w:p w14:paraId="11C592E2" w14:textId="572A118F" w:rsidR="003F1EE2" w:rsidRPr="000516A1" w:rsidRDefault="003F1EE2" w:rsidP="002C4A33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proofErr w:type="gramStart"/>
      <w:r w:rsidRPr="000516A1">
        <w:rPr>
          <w:rFonts w:asciiTheme="majorHAnsi" w:hAnsiTheme="majorHAnsi" w:cstheme="majorHAnsi"/>
          <w:bCs/>
          <w:sz w:val="22"/>
          <w:lang w:val="pl-PL"/>
        </w:rPr>
        <w:t>Uzasadnienie: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…</w:t>
      </w:r>
      <w:proofErr w:type="gramEnd"/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</w:t>
      </w:r>
      <w:proofErr w:type="gramStart"/>
      <w:r w:rsidRPr="000516A1">
        <w:rPr>
          <w:rFonts w:asciiTheme="majorHAnsi" w:eastAsiaTheme="minorHAnsi" w:hAnsiTheme="majorHAnsi" w:cstheme="majorHAnsi"/>
          <w:sz w:val="22"/>
          <w:lang w:val="pl-PL"/>
        </w:rPr>
        <w:t>…….</w:t>
      </w:r>
      <w:proofErr w:type="gramEnd"/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962009B" w14:textId="0849A8BA" w:rsidR="002517B8" w:rsidRPr="000516A1" w:rsidRDefault="002517B8" w:rsidP="005536CE">
      <w:pPr>
        <w:spacing w:before="120"/>
        <w:ind w:left="426" w:hanging="426"/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t>5</w:t>
      </w:r>
      <w:r w:rsidR="003C4D21" w:rsidRPr="000516A1">
        <w:rPr>
          <w:rFonts w:asciiTheme="majorHAnsi" w:hAnsiTheme="majorHAnsi" w:cstheme="majorHAnsi"/>
          <w:bCs/>
          <w:sz w:val="22"/>
          <w:lang w:val="pl-PL"/>
        </w:rPr>
        <w:t>.</w:t>
      </w:r>
      <w:r w:rsidRPr="000516A1">
        <w:rPr>
          <w:rFonts w:asciiTheme="majorHAnsi" w:hAnsiTheme="majorHAnsi" w:cstheme="majorHAnsi"/>
          <w:bCs/>
          <w:sz w:val="22"/>
          <w:lang w:val="pl-PL"/>
        </w:rPr>
        <w:tab/>
      </w:r>
      <w:r w:rsidR="00E40248" w:rsidRPr="000516A1">
        <w:rPr>
          <w:rFonts w:asciiTheme="majorHAnsi" w:hAnsiTheme="majorHAnsi" w:cstheme="majorHAnsi"/>
          <w:bCs/>
          <w:sz w:val="22"/>
          <w:lang w:val="pl-PL"/>
        </w:rPr>
        <w:t xml:space="preserve">Uczestnictwo w życiu społecznym </w:t>
      </w:r>
      <w:r w:rsidR="00102496">
        <w:rPr>
          <w:rFonts w:asciiTheme="majorHAnsi" w:hAnsiTheme="majorHAnsi" w:cstheme="majorHAnsi"/>
          <w:bCs/>
          <w:sz w:val="22"/>
          <w:lang w:val="pl-PL"/>
        </w:rPr>
        <w:t>(np.</w:t>
      </w:r>
      <w:r w:rsidR="00B531F6" w:rsidRPr="003D52E0">
        <w:rPr>
          <w:rFonts w:asciiTheme="majorHAnsi" w:hAnsiTheme="majorHAnsi" w:cstheme="majorHAnsi"/>
          <w:bCs/>
          <w:sz w:val="22"/>
          <w:lang w:val="pl-PL"/>
        </w:rPr>
        <w:t xml:space="preserve"> podejmowanie aktywności społecznej, edukacyjnej, zawodowej lub kulturalnej</w:t>
      </w:r>
      <w:r w:rsidR="00102496">
        <w:rPr>
          <w:rFonts w:asciiTheme="majorHAnsi" w:hAnsiTheme="majorHAnsi" w:cstheme="majorHAnsi"/>
          <w:bCs/>
          <w:sz w:val="22"/>
          <w:lang w:val="pl-PL"/>
        </w:rPr>
        <w:t>)</w:t>
      </w:r>
    </w:p>
    <w:p w14:paraId="40554FBF" w14:textId="77777777" w:rsidR="003F1EE2" w:rsidRPr="000516A1" w:rsidRDefault="003F1EE2" w:rsidP="003F1EE2">
      <w:pPr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="Segoe UI Symbol" w:hAnsi="Segoe UI Symbol" w:cs="Segoe UI Symbol"/>
          <w:b/>
          <w:sz w:val="22"/>
          <w:lang w:val="pl-PL"/>
        </w:rPr>
        <w:t>☐</w:t>
      </w:r>
      <w:r w:rsidRPr="000516A1">
        <w:rPr>
          <w:rFonts w:asciiTheme="majorHAnsi" w:hAnsiTheme="majorHAnsi" w:cstheme="majorHAnsi"/>
          <w:bCs/>
          <w:sz w:val="22"/>
          <w:lang w:val="pl-PL"/>
        </w:rPr>
        <w:t xml:space="preserve"> brak potrzeby wsparcia (0 pkt)</w:t>
      </w:r>
    </w:p>
    <w:p w14:paraId="05E14ACF" w14:textId="77777777" w:rsidR="000516A1" w:rsidRPr="005C4CD1" w:rsidRDefault="000516A1" w:rsidP="000516A1">
      <w:pPr>
        <w:rPr>
          <w:rFonts w:asciiTheme="majorHAnsi" w:hAnsiTheme="majorHAnsi" w:cstheme="majorHAnsi"/>
          <w:bCs/>
          <w:sz w:val="22"/>
          <w:lang w:val="pl-PL"/>
        </w:rPr>
      </w:pPr>
      <w:r w:rsidRPr="005C4CD1">
        <w:rPr>
          <w:rFonts w:ascii="Segoe UI Symbol" w:hAnsi="Segoe UI Symbol" w:cs="Segoe UI Symbol"/>
          <w:b/>
          <w:sz w:val="22"/>
          <w:lang w:val="pl-PL"/>
        </w:rPr>
        <w:t>☐</w:t>
      </w:r>
      <w:r w:rsidRPr="005C4CD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Pr="005C4CD1">
        <w:rPr>
          <w:rFonts w:asciiTheme="majorHAnsi" w:hAnsiTheme="majorHAnsi" w:cstheme="majorHAnsi"/>
          <w:sz w:val="22"/>
          <w:lang w:val="pl-PL"/>
        </w:rPr>
        <w:t>umiarkowana potrzeba wsparcia</w:t>
      </w:r>
      <w:r w:rsidRPr="005C4CD1" w:rsidDel="000516A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Pr="005C4CD1">
        <w:rPr>
          <w:rFonts w:asciiTheme="majorHAnsi" w:hAnsiTheme="majorHAnsi" w:cstheme="majorHAnsi"/>
          <w:bCs/>
          <w:sz w:val="22"/>
          <w:lang w:val="pl-PL"/>
        </w:rPr>
        <w:t>(1 pkt)</w:t>
      </w:r>
    </w:p>
    <w:p w14:paraId="2EFF87F2" w14:textId="77777777" w:rsidR="000516A1" w:rsidRPr="005C4CD1" w:rsidRDefault="000516A1" w:rsidP="000516A1">
      <w:pPr>
        <w:rPr>
          <w:rFonts w:asciiTheme="majorHAnsi" w:hAnsiTheme="majorHAnsi" w:cstheme="majorHAnsi"/>
          <w:bCs/>
          <w:sz w:val="22"/>
          <w:lang w:val="pl-PL"/>
        </w:rPr>
      </w:pPr>
      <w:r w:rsidRPr="005C4CD1">
        <w:rPr>
          <w:rFonts w:ascii="Segoe UI Symbol" w:hAnsi="Segoe UI Symbol" w:cs="Segoe UI Symbol"/>
          <w:b/>
          <w:sz w:val="22"/>
          <w:lang w:val="pl-PL"/>
        </w:rPr>
        <w:t>☐</w:t>
      </w:r>
      <w:r w:rsidRPr="005C4CD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Pr="005C4CD1">
        <w:rPr>
          <w:rFonts w:asciiTheme="majorHAnsi" w:hAnsiTheme="majorHAnsi" w:cstheme="majorHAnsi"/>
          <w:sz w:val="22"/>
          <w:lang w:val="pl-PL"/>
        </w:rPr>
        <w:t xml:space="preserve">wysoka potrzeba wsparcia </w:t>
      </w:r>
      <w:r w:rsidRPr="005C4CD1">
        <w:rPr>
          <w:rFonts w:asciiTheme="majorHAnsi" w:hAnsiTheme="majorHAnsi" w:cstheme="majorHAnsi"/>
          <w:bCs/>
          <w:sz w:val="22"/>
          <w:lang w:val="pl-PL"/>
        </w:rPr>
        <w:t xml:space="preserve">(2 pkt) </w:t>
      </w:r>
    </w:p>
    <w:p w14:paraId="42EDB57E" w14:textId="4A30D23B" w:rsidR="003F1EE2" w:rsidRPr="000516A1" w:rsidRDefault="003F1EE2" w:rsidP="003F1EE2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proofErr w:type="gramStart"/>
      <w:r w:rsidRPr="000516A1">
        <w:rPr>
          <w:rFonts w:asciiTheme="majorHAnsi" w:hAnsiTheme="majorHAnsi" w:cstheme="majorHAnsi"/>
          <w:bCs/>
          <w:sz w:val="22"/>
          <w:lang w:val="pl-PL"/>
        </w:rPr>
        <w:t>Uzasadnienie: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…</w:t>
      </w:r>
      <w:proofErr w:type="gramEnd"/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</w:t>
      </w:r>
      <w:proofErr w:type="gramStart"/>
      <w:r w:rsidRPr="000516A1">
        <w:rPr>
          <w:rFonts w:asciiTheme="majorHAnsi" w:eastAsiaTheme="minorHAnsi" w:hAnsiTheme="majorHAnsi" w:cstheme="majorHAnsi"/>
          <w:sz w:val="22"/>
          <w:lang w:val="pl-PL"/>
        </w:rPr>
        <w:t>…….</w:t>
      </w:r>
      <w:proofErr w:type="gramEnd"/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66D1613" w14:textId="439E42CA" w:rsidR="00B6776F" w:rsidRPr="000516A1" w:rsidRDefault="00E40248" w:rsidP="002C4A33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Łączna liczba punktów uzyskanych w</w:t>
      </w:r>
      <w:r w:rsidRPr="000516A1" w:rsidDel="00E40248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F27C14" w:rsidRPr="000516A1">
        <w:rPr>
          <w:rFonts w:asciiTheme="majorHAnsi" w:eastAsiaTheme="minorHAnsi" w:hAnsiTheme="majorHAnsi" w:cstheme="majorHAnsi"/>
          <w:sz w:val="22"/>
          <w:lang w:val="pl-PL"/>
        </w:rPr>
        <w:t>części</w:t>
      </w:r>
      <w:r w:rsidR="00B6776F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III: …</w:t>
      </w:r>
      <w:proofErr w:type="gramStart"/>
      <w:r w:rsidR="00B6776F" w:rsidRPr="000516A1">
        <w:rPr>
          <w:rFonts w:asciiTheme="majorHAnsi" w:eastAsiaTheme="minorHAnsi" w:hAnsiTheme="majorHAnsi" w:cstheme="majorHAnsi"/>
          <w:sz w:val="22"/>
          <w:lang w:val="pl-PL"/>
        </w:rPr>
        <w:t>…….</w:t>
      </w:r>
      <w:proofErr w:type="gramEnd"/>
      <w:r w:rsidR="003F1EE2" w:rsidRPr="000516A1">
        <w:rPr>
          <w:rFonts w:asciiTheme="majorHAnsi" w:eastAsiaTheme="minorHAnsi" w:hAnsiTheme="majorHAnsi" w:cstheme="majorHAnsi"/>
          <w:sz w:val="22"/>
          <w:lang w:val="pl-PL"/>
        </w:rPr>
        <w:t>/10</w:t>
      </w:r>
      <w:r w:rsidR="00B6776F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pkt.</w:t>
      </w:r>
    </w:p>
    <w:p w14:paraId="3930A07A" w14:textId="1EFCDFFF" w:rsidR="00D03A5E" w:rsidRPr="000516A1" w:rsidRDefault="00D03A5E" w:rsidP="00D03A5E">
      <w:pPr>
        <w:spacing w:before="240"/>
        <w:rPr>
          <w:rFonts w:asciiTheme="majorHAnsi" w:hAnsiTheme="majorHAnsi" w:cstheme="majorHAnsi"/>
          <w:b/>
          <w:sz w:val="24"/>
          <w:szCs w:val="24"/>
          <w:lang w:val="pl-PL"/>
        </w:rPr>
      </w:pP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>I</w:t>
      </w:r>
      <w:r w:rsidR="00761B04" w:rsidRPr="000516A1">
        <w:rPr>
          <w:rFonts w:asciiTheme="majorHAnsi" w:hAnsiTheme="majorHAnsi" w:cstheme="majorHAnsi"/>
          <w:b/>
          <w:sz w:val="24"/>
          <w:szCs w:val="24"/>
          <w:lang w:val="pl-PL"/>
        </w:rPr>
        <w:t>V</w:t>
      </w: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 xml:space="preserve">. </w:t>
      </w:r>
      <w:r w:rsidR="00967F08" w:rsidRPr="000516A1">
        <w:rPr>
          <w:rFonts w:asciiTheme="majorHAnsi" w:hAnsiTheme="majorHAnsi" w:cstheme="majorHAnsi"/>
          <w:b/>
          <w:sz w:val="24"/>
          <w:szCs w:val="24"/>
          <w:lang w:val="pl-PL"/>
        </w:rPr>
        <w:t xml:space="preserve">OCENA </w:t>
      </w: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>POZIOM</w:t>
      </w:r>
      <w:r w:rsidR="00967F08" w:rsidRPr="000516A1">
        <w:rPr>
          <w:rFonts w:asciiTheme="majorHAnsi" w:hAnsiTheme="majorHAnsi" w:cstheme="majorHAnsi"/>
          <w:b/>
          <w:sz w:val="24"/>
          <w:szCs w:val="24"/>
          <w:lang w:val="pl-PL"/>
        </w:rPr>
        <w:t>U</w:t>
      </w: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 xml:space="preserve"> SAMODZIELNOŚCI</w:t>
      </w:r>
      <w:r w:rsidR="007F52AD" w:rsidRPr="000516A1">
        <w:rPr>
          <w:rFonts w:asciiTheme="majorHAnsi" w:hAnsiTheme="majorHAnsi" w:cstheme="majorHAnsi"/>
          <w:b/>
          <w:sz w:val="24"/>
          <w:szCs w:val="24"/>
          <w:lang w:val="pl-PL"/>
        </w:rPr>
        <w:t xml:space="preserve"> OSOBY Z NIEPEŁNOSPRAWNOŚCIĄ</w:t>
      </w: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>:</w:t>
      </w:r>
    </w:p>
    <w:p w14:paraId="363B362A" w14:textId="5243F693" w:rsidR="00967F08" w:rsidRPr="005536CE" w:rsidRDefault="00553B07" w:rsidP="00967F08">
      <w:pPr>
        <w:pStyle w:val="NormalnyWeb"/>
        <w:spacing w:before="120" w:beforeAutospacing="0" w:after="120" w:afterAutospacing="0"/>
        <w:rPr>
          <w:rFonts w:asciiTheme="majorHAnsi" w:hAnsiTheme="majorHAnsi" w:cstheme="majorHAnsi"/>
          <w:bCs/>
          <w:i/>
          <w:iCs/>
          <w:sz w:val="22"/>
        </w:rPr>
      </w:pPr>
      <w:r w:rsidRPr="005536CE">
        <w:rPr>
          <w:rFonts w:asciiTheme="majorHAnsi" w:hAnsiTheme="majorHAnsi" w:cstheme="majorHAnsi"/>
          <w:bCs/>
          <w:i/>
          <w:iCs/>
          <w:sz w:val="22"/>
        </w:rPr>
        <w:t>Oceny poziomu samodzielności osoby wnioskującej o udział w Programie należy dokonać z uwzględnieniem zakresu samodzielnie wykonywanych czynności życia codziennego, stopnia niezbędnego udziału osoby wspierającej, częstotliwości potrzeby bezpośredniego wsparcia oraz zdolności do samodzielnego funkcjonowania w znanych, nowych lub zmieniających się sytuacjach i warunkach</w:t>
      </w:r>
      <w:r w:rsidR="00E9363D" w:rsidRPr="005536CE">
        <w:rPr>
          <w:rFonts w:asciiTheme="majorHAnsi" w:hAnsiTheme="majorHAnsi" w:cstheme="majorHAnsi"/>
          <w:bCs/>
          <w:i/>
          <w:iCs/>
          <w:sz w:val="22"/>
        </w:rPr>
        <w:t>.</w:t>
      </w:r>
    </w:p>
    <w:p w14:paraId="653E8A1C" w14:textId="63171D8C" w:rsidR="00AA5214" w:rsidRPr="005536CE" w:rsidRDefault="00AA5214" w:rsidP="00967F08">
      <w:pPr>
        <w:pStyle w:val="NormalnyWeb"/>
        <w:spacing w:before="120" w:beforeAutospacing="0" w:after="120" w:afterAutospacing="0"/>
        <w:rPr>
          <w:rFonts w:asciiTheme="majorHAnsi" w:hAnsiTheme="majorHAnsi" w:cstheme="majorHAnsi"/>
          <w:i/>
          <w:iCs/>
          <w:sz w:val="22"/>
          <w:szCs w:val="22"/>
        </w:rPr>
      </w:pPr>
      <w:r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Przy ocenie poziomu samodzielności należy brać pod uwagę ograniczenia wynikające z niepełnosprawności, a nie np. z wieku osoby. W przypadku </w:t>
      </w:r>
      <w:r w:rsidR="007E7A35"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np. </w:t>
      </w:r>
      <w:r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dzieci </w:t>
      </w:r>
      <w:r w:rsidR="00C51922"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z niepełnosprawnością </w:t>
      </w:r>
      <w:r w:rsidRPr="005536CE">
        <w:rPr>
          <w:rFonts w:asciiTheme="majorHAnsi" w:hAnsiTheme="majorHAnsi" w:cstheme="majorHAnsi"/>
          <w:i/>
          <w:iCs/>
          <w:sz w:val="22"/>
          <w:szCs w:val="22"/>
        </w:rPr>
        <w:t>należy uwzględnić, czy potrzebują one większego wsparcia niż inne dzieci w podobnym wieku.</w:t>
      </w:r>
    </w:p>
    <w:p w14:paraId="2F7ABAB6" w14:textId="7307F4D9" w:rsidR="00D03A5E" w:rsidRPr="000516A1" w:rsidRDefault="00D03A5E" w:rsidP="002C4A33">
      <w:pPr>
        <w:spacing w:before="240"/>
        <w:ind w:left="426" w:hanging="426"/>
        <w:rPr>
          <w:rFonts w:asciiTheme="majorHAnsi" w:eastAsiaTheme="minorHAnsi" w:hAnsiTheme="majorHAnsi" w:cstheme="majorHAnsi"/>
          <w:sz w:val="22"/>
          <w:lang w:val="pl-PL"/>
        </w:rPr>
      </w:pPr>
      <w:r w:rsidRPr="003D52E0">
        <w:rPr>
          <w:rFonts w:asciiTheme="majorHAnsi" w:eastAsiaTheme="minorHAnsi" w:hAnsiTheme="majorHAnsi" w:cstheme="majorHAnsi"/>
          <w:sz w:val="22"/>
          <w:lang w:val="pl-PL"/>
        </w:rPr>
        <w:t>1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.</w:t>
      </w:r>
      <w:r w:rsidRPr="000516A1">
        <w:rPr>
          <w:rFonts w:asciiTheme="majorHAnsi" w:hAnsiTheme="majorHAnsi" w:cstheme="majorHAnsi"/>
          <w:bCs/>
          <w:sz w:val="22"/>
          <w:lang w:val="pl-PL"/>
        </w:rPr>
        <w:tab/>
      </w:r>
      <w:r w:rsidR="00E9363D" w:rsidRPr="000516A1">
        <w:rPr>
          <w:rFonts w:asciiTheme="majorHAnsi" w:hAnsiTheme="majorHAnsi" w:cstheme="majorHAnsi"/>
          <w:bCs/>
          <w:sz w:val="22"/>
          <w:lang w:val="pl-PL"/>
        </w:rPr>
        <w:t>Zakres samodzielnego wykonywania czynności</w:t>
      </w:r>
      <w:r w:rsidR="00E9363D" w:rsidRPr="000516A1" w:rsidDel="00EC72F2">
        <w:rPr>
          <w:rFonts w:asciiTheme="majorHAnsi" w:hAnsiTheme="majorHAnsi" w:cstheme="majorHAnsi"/>
          <w:bCs/>
          <w:sz w:val="22"/>
          <w:lang w:val="pl-PL"/>
        </w:rPr>
        <w:t xml:space="preserve"> </w:t>
      </w:r>
    </w:p>
    <w:p w14:paraId="1180AA0E" w14:textId="0CF25BD0" w:rsidR="00D03A5E" w:rsidRPr="000516A1" w:rsidRDefault="00D03A5E" w:rsidP="00D03A5E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E9363D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osoba wykonuje </w:t>
      </w:r>
      <w:r w:rsidR="00912F58">
        <w:rPr>
          <w:rFonts w:asciiTheme="majorHAnsi" w:eastAsiaTheme="minorHAnsi" w:hAnsiTheme="majorHAnsi" w:cstheme="majorHAnsi"/>
          <w:sz w:val="22"/>
          <w:lang w:val="pl-PL"/>
        </w:rPr>
        <w:t xml:space="preserve">czynności </w:t>
      </w:r>
      <w:r w:rsidR="00E9363D" w:rsidRPr="000516A1">
        <w:rPr>
          <w:rFonts w:asciiTheme="majorHAnsi" w:eastAsiaTheme="minorHAnsi" w:hAnsiTheme="majorHAnsi" w:cstheme="majorHAnsi"/>
          <w:sz w:val="22"/>
          <w:lang w:val="pl-PL"/>
        </w:rPr>
        <w:t>samodzielnie</w:t>
      </w:r>
      <w:r w:rsidR="00E9363D" w:rsidRPr="000516A1" w:rsidDel="00EC72F2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B6776F" w:rsidRPr="000516A1">
        <w:rPr>
          <w:rFonts w:asciiTheme="majorHAnsi" w:eastAsiaTheme="minorHAnsi" w:hAnsiTheme="majorHAnsi" w:cstheme="majorHAnsi"/>
          <w:sz w:val="22"/>
          <w:lang w:val="pl-PL"/>
        </w:rPr>
        <w:t>(0 pkt)</w:t>
      </w:r>
    </w:p>
    <w:p w14:paraId="1008A186" w14:textId="0E33AC24" w:rsidR="00D03A5E" w:rsidRPr="000516A1" w:rsidRDefault="00D03A5E" w:rsidP="00D03A5E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E9363D" w:rsidRPr="000516A1">
        <w:rPr>
          <w:rFonts w:asciiTheme="majorHAnsi" w:eastAsiaTheme="minorHAnsi" w:hAnsiTheme="majorHAnsi" w:cstheme="majorHAnsi"/>
          <w:sz w:val="22"/>
          <w:lang w:val="pl-PL"/>
        </w:rPr>
        <w:t>część czynności osoba wykonuje samodzielnie, a przy pozostałych wymaga wsparcia innej osoby</w:t>
      </w:r>
      <w:r w:rsidR="00E9363D" w:rsidRPr="000516A1" w:rsidDel="00EC72F2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B6776F" w:rsidRPr="000516A1">
        <w:rPr>
          <w:rFonts w:asciiTheme="majorHAnsi" w:eastAsiaTheme="minorHAnsi" w:hAnsiTheme="majorHAnsi" w:cstheme="majorHAnsi"/>
          <w:sz w:val="22"/>
          <w:lang w:val="pl-PL"/>
        </w:rPr>
        <w:t>(</w:t>
      </w:r>
      <w:r w:rsidR="005D5031" w:rsidRPr="000516A1">
        <w:rPr>
          <w:rFonts w:asciiTheme="majorHAnsi" w:eastAsiaTheme="minorHAnsi" w:hAnsiTheme="majorHAnsi" w:cstheme="majorHAnsi"/>
          <w:sz w:val="22"/>
          <w:lang w:val="pl-PL"/>
        </w:rPr>
        <w:t>1</w:t>
      </w:r>
      <w:r w:rsidR="00B6776F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pkt)</w:t>
      </w:r>
    </w:p>
    <w:p w14:paraId="36293B44" w14:textId="2F9EAF2D" w:rsidR="00D03A5E" w:rsidRPr="000516A1" w:rsidRDefault="00D03A5E" w:rsidP="00D03A5E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E9363D" w:rsidRPr="000516A1">
        <w:rPr>
          <w:rFonts w:asciiTheme="majorHAnsi" w:eastAsiaTheme="minorHAnsi" w:hAnsiTheme="majorHAnsi" w:cstheme="majorHAnsi"/>
          <w:sz w:val="22"/>
          <w:lang w:val="pl-PL"/>
        </w:rPr>
        <w:t>przy wykonywaniu większości czynności osoba wymaga bezpośredniego wsparcia innej osoby</w:t>
      </w:r>
      <w:r w:rsidR="00E9363D" w:rsidRPr="000516A1" w:rsidDel="00EC72F2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B6776F" w:rsidRPr="000516A1">
        <w:rPr>
          <w:rFonts w:asciiTheme="majorHAnsi" w:eastAsiaTheme="minorHAnsi" w:hAnsiTheme="majorHAnsi" w:cstheme="majorHAnsi"/>
          <w:sz w:val="22"/>
          <w:lang w:val="pl-PL"/>
        </w:rPr>
        <w:t>(</w:t>
      </w:r>
      <w:r w:rsidR="005D5031" w:rsidRPr="000516A1">
        <w:rPr>
          <w:rFonts w:asciiTheme="majorHAnsi" w:eastAsiaTheme="minorHAnsi" w:hAnsiTheme="majorHAnsi" w:cstheme="majorHAnsi"/>
          <w:sz w:val="22"/>
          <w:lang w:val="pl-PL"/>
        </w:rPr>
        <w:t>2</w:t>
      </w:r>
      <w:r w:rsidR="00B6776F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pkt)</w:t>
      </w:r>
    </w:p>
    <w:p w14:paraId="03760D92" w14:textId="7A2D0353" w:rsidR="00B6776F" w:rsidRPr="000516A1" w:rsidRDefault="00B6776F" w:rsidP="002C4A33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proofErr w:type="gramStart"/>
      <w:r w:rsidRPr="000516A1">
        <w:rPr>
          <w:rFonts w:asciiTheme="majorHAnsi" w:hAnsiTheme="majorHAnsi" w:cstheme="majorHAnsi"/>
          <w:bCs/>
          <w:sz w:val="22"/>
          <w:lang w:val="pl-PL"/>
        </w:rPr>
        <w:t>Uzasadni</w:t>
      </w:r>
      <w:r w:rsidR="005D5031" w:rsidRPr="000516A1">
        <w:rPr>
          <w:rFonts w:asciiTheme="majorHAnsi" w:hAnsiTheme="majorHAnsi" w:cstheme="majorHAnsi"/>
          <w:bCs/>
          <w:sz w:val="22"/>
          <w:lang w:val="pl-PL"/>
        </w:rPr>
        <w:t>e</w:t>
      </w:r>
      <w:r w:rsidRPr="000516A1">
        <w:rPr>
          <w:rFonts w:asciiTheme="majorHAnsi" w:hAnsiTheme="majorHAnsi" w:cstheme="majorHAnsi"/>
          <w:bCs/>
          <w:sz w:val="22"/>
          <w:lang w:val="pl-PL"/>
        </w:rPr>
        <w:t>nie: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…</w:t>
      </w:r>
      <w:proofErr w:type="gramEnd"/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</w:t>
      </w:r>
      <w:proofErr w:type="gramStart"/>
      <w:r w:rsidRPr="000516A1">
        <w:rPr>
          <w:rFonts w:asciiTheme="majorHAnsi" w:eastAsiaTheme="minorHAnsi" w:hAnsiTheme="majorHAnsi" w:cstheme="majorHAnsi"/>
          <w:sz w:val="22"/>
          <w:lang w:val="pl-PL"/>
        </w:rPr>
        <w:t>……</w:t>
      </w:r>
      <w:r w:rsidR="005D5031" w:rsidRPr="000516A1">
        <w:rPr>
          <w:rFonts w:asciiTheme="majorHAnsi" w:eastAsiaTheme="minorHAnsi" w:hAnsiTheme="majorHAnsi" w:cstheme="majorHAnsi"/>
          <w:sz w:val="22"/>
          <w:lang w:val="pl-PL"/>
        </w:rPr>
        <w:t>..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….</w:t>
      </w:r>
      <w:proofErr w:type="gramEnd"/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</w:t>
      </w:r>
      <w:proofErr w:type="gramStart"/>
      <w:r w:rsidRPr="000516A1">
        <w:rPr>
          <w:rFonts w:asciiTheme="majorHAnsi" w:eastAsiaTheme="minorHAnsi" w:hAnsiTheme="majorHAnsi" w:cstheme="majorHAnsi"/>
          <w:sz w:val="22"/>
          <w:lang w:val="pl-PL"/>
        </w:rPr>
        <w:t>……</w:t>
      </w:r>
      <w:r w:rsidR="005D5031" w:rsidRPr="000516A1">
        <w:rPr>
          <w:rFonts w:asciiTheme="majorHAnsi" w:eastAsiaTheme="minorHAnsi" w:hAnsiTheme="majorHAnsi" w:cstheme="majorHAnsi"/>
          <w:sz w:val="22"/>
          <w:lang w:val="pl-PL"/>
        </w:rPr>
        <w:t>.</w:t>
      </w:r>
      <w:proofErr w:type="gramEnd"/>
      <w:r w:rsidR="005D5031" w:rsidRPr="000516A1">
        <w:rPr>
          <w:rFonts w:asciiTheme="majorHAnsi" w:eastAsiaTheme="minorHAnsi" w:hAnsiTheme="majorHAnsi" w:cstheme="majorHAnsi"/>
          <w:sz w:val="22"/>
          <w:lang w:val="pl-PL"/>
        </w:rPr>
        <w:t>.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66D37246" w14:textId="73731A4A" w:rsidR="00D03A5E" w:rsidRPr="000516A1" w:rsidRDefault="00D03A5E">
      <w:pPr>
        <w:spacing w:before="240"/>
        <w:ind w:left="426" w:hanging="426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lastRenderedPageBreak/>
        <w:t>2.</w:t>
      </w:r>
      <w:r w:rsidRPr="000516A1">
        <w:rPr>
          <w:rFonts w:asciiTheme="majorHAnsi" w:hAnsiTheme="majorHAnsi" w:cstheme="majorHAnsi"/>
          <w:bCs/>
          <w:sz w:val="22"/>
          <w:lang w:val="pl-PL"/>
        </w:rPr>
        <w:tab/>
      </w:r>
      <w:r w:rsidR="00E9363D" w:rsidRPr="000516A1">
        <w:rPr>
          <w:rFonts w:asciiTheme="majorHAnsi" w:hAnsiTheme="majorHAnsi" w:cstheme="majorHAnsi"/>
          <w:bCs/>
          <w:sz w:val="22"/>
          <w:lang w:val="pl-PL"/>
        </w:rPr>
        <w:t>Stopień samodzielności przy wykonywaniu czynności wymagających wsparcia</w:t>
      </w:r>
      <w:r w:rsidR="00E9363D" w:rsidRPr="000516A1" w:rsidDel="00EC72F2">
        <w:rPr>
          <w:rFonts w:asciiTheme="majorHAnsi" w:hAnsiTheme="majorHAnsi" w:cstheme="majorHAnsi"/>
          <w:bCs/>
          <w:sz w:val="22"/>
          <w:lang w:val="pl-PL"/>
        </w:rPr>
        <w:t xml:space="preserve"> </w:t>
      </w:r>
    </w:p>
    <w:p w14:paraId="202E89F7" w14:textId="1D6F68F5" w:rsidR="00EC72F2" w:rsidRPr="000516A1" w:rsidRDefault="00EC72F2" w:rsidP="00EC72F2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E9363D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osoba wykonuje czynności zasadniczo samodzielnie, a udział osoby wspierającej jest niewielki 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(0 pkt)</w:t>
      </w:r>
    </w:p>
    <w:p w14:paraId="346F8D4A" w14:textId="47E28240" w:rsidR="00EC72F2" w:rsidRPr="000516A1" w:rsidRDefault="00EC72F2" w:rsidP="00EC72F2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E9363D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osoba wykonuje czynności częściowo samodzielnie, przy istotnym udziale osoby wspierającej 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(1 pkt)</w:t>
      </w:r>
    </w:p>
    <w:p w14:paraId="368C3171" w14:textId="47094245" w:rsidR="00EC72F2" w:rsidRPr="000516A1" w:rsidRDefault="00EC72F2" w:rsidP="00EC72F2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E9363D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wykonanie czynności wymaga w przeważającym zakresie bezpośredniego udziału osoby wspierającej 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(2 pkt)</w:t>
      </w:r>
    </w:p>
    <w:p w14:paraId="37F56099" w14:textId="7CD5BB6C" w:rsidR="005D5031" w:rsidRPr="000516A1" w:rsidRDefault="005D5031" w:rsidP="002C4A33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proofErr w:type="gramStart"/>
      <w:r w:rsidRPr="000516A1">
        <w:rPr>
          <w:rFonts w:asciiTheme="majorHAnsi" w:hAnsiTheme="majorHAnsi" w:cstheme="majorHAnsi"/>
          <w:bCs/>
          <w:sz w:val="22"/>
          <w:lang w:val="pl-PL"/>
        </w:rPr>
        <w:t>Uzasadnienie: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…</w:t>
      </w:r>
      <w:proofErr w:type="gramEnd"/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</w:t>
      </w:r>
      <w:proofErr w:type="gramStart"/>
      <w:r w:rsidRPr="000516A1">
        <w:rPr>
          <w:rFonts w:asciiTheme="majorHAnsi" w:eastAsiaTheme="minorHAnsi" w:hAnsiTheme="majorHAnsi" w:cstheme="majorHAnsi"/>
          <w:sz w:val="22"/>
          <w:lang w:val="pl-PL"/>
        </w:rPr>
        <w:t>……..….</w:t>
      </w:r>
      <w:proofErr w:type="gramEnd"/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</w:t>
      </w:r>
      <w:proofErr w:type="gramStart"/>
      <w:r w:rsidRPr="000516A1">
        <w:rPr>
          <w:rFonts w:asciiTheme="majorHAnsi" w:eastAsiaTheme="minorHAnsi" w:hAnsiTheme="majorHAnsi" w:cstheme="majorHAnsi"/>
          <w:sz w:val="22"/>
          <w:lang w:val="pl-PL"/>
        </w:rPr>
        <w:t>…….</w:t>
      </w:r>
      <w:proofErr w:type="gramEnd"/>
      <w:r w:rsidRPr="000516A1">
        <w:rPr>
          <w:rFonts w:asciiTheme="majorHAnsi" w:eastAsiaTheme="minorHAnsi" w:hAnsiTheme="majorHAnsi" w:cstheme="majorHAnsi"/>
          <w:sz w:val="22"/>
          <w:lang w:val="pl-PL"/>
        </w:rPr>
        <w:t>.…………………………………………………………………………………………………………………………………………………………………………………</w:t>
      </w:r>
    </w:p>
    <w:p w14:paraId="552034C4" w14:textId="462BDD8F" w:rsidR="00D03A5E" w:rsidRPr="000516A1" w:rsidRDefault="00D03A5E">
      <w:pPr>
        <w:spacing w:before="240"/>
        <w:ind w:left="426" w:hanging="426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3.</w:t>
      </w:r>
      <w:r w:rsidRPr="000516A1">
        <w:rPr>
          <w:rFonts w:asciiTheme="majorHAnsi" w:hAnsiTheme="majorHAnsi" w:cstheme="majorHAnsi"/>
          <w:bCs/>
          <w:sz w:val="22"/>
          <w:lang w:val="pl-PL"/>
        </w:rPr>
        <w:tab/>
      </w:r>
      <w:r w:rsidR="00AA5214" w:rsidRPr="000516A1">
        <w:rPr>
          <w:rFonts w:asciiTheme="majorHAnsi" w:hAnsiTheme="majorHAnsi" w:cstheme="majorHAnsi"/>
          <w:bCs/>
          <w:sz w:val="22"/>
          <w:lang w:val="pl-PL"/>
        </w:rPr>
        <w:t>Częstotliwość korzystania ze wsparcia innej osoby</w:t>
      </w:r>
    </w:p>
    <w:p w14:paraId="118B46E6" w14:textId="0372BE05" w:rsidR="00EC72F2" w:rsidRPr="000516A1" w:rsidRDefault="00EC72F2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AA5214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pomoc innej osoby jest potrzebna tylko od czasu do czasu 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(0 pkt)</w:t>
      </w:r>
    </w:p>
    <w:p w14:paraId="272B99C8" w14:textId="1CADCD25" w:rsidR="00EC72F2" w:rsidRPr="000516A1" w:rsidRDefault="00EC72F2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AA5214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pomoc innej osoby jest potrzebna w niektórych sytuacjach lub przy części czynności 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(1 pkt)</w:t>
      </w:r>
    </w:p>
    <w:p w14:paraId="4EB75849" w14:textId="18417095" w:rsidR="00EC72F2" w:rsidRPr="000516A1" w:rsidRDefault="00EC72F2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AA5214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pomoc innej osoby jest potrzebna często, przy większości wykonywanych czynności 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(2 pkt)</w:t>
      </w:r>
    </w:p>
    <w:p w14:paraId="5DA8E9A5" w14:textId="6EA4511B" w:rsidR="005D5031" w:rsidRPr="000516A1" w:rsidRDefault="005D5031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proofErr w:type="gramStart"/>
      <w:r w:rsidRPr="000516A1">
        <w:rPr>
          <w:rFonts w:asciiTheme="majorHAnsi" w:hAnsiTheme="majorHAnsi" w:cstheme="majorHAnsi"/>
          <w:bCs/>
          <w:sz w:val="22"/>
          <w:lang w:val="pl-PL"/>
        </w:rPr>
        <w:t>Uzasadnienie: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…</w:t>
      </w:r>
      <w:proofErr w:type="gramEnd"/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</w:t>
      </w:r>
      <w:proofErr w:type="gramStart"/>
      <w:r w:rsidRPr="000516A1">
        <w:rPr>
          <w:rFonts w:asciiTheme="majorHAnsi" w:eastAsiaTheme="minorHAnsi" w:hAnsiTheme="majorHAnsi" w:cstheme="majorHAnsi"/>
          <w:sz w:val="22"/>
          <w:lang w:val="pl-PL"/>
        </w:rPr>
        <w:t>……..….</w:t>
      </w:r>
      <w:proofErr w:type="gramEnd"/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</w:t>
      </w:r>
      <w:proofErr w:type="gramStart"/>
      <w:r w:rsidRPr="000516A1">
        <w:rPr>
          <w:rFonts w:asciiTheme="majorHAnsi" w:eastAsiaTheme="minorHAnsi" w:hAnsiTheme="majorHAnsi" w:cstheme="majorHAnsi"/>
          <w:sz w:val="22"/>
          <w:lang w:val="pl-PL"/>
        </w:rPr>
        <w:t>…….</w:t>
      </w:r>
      <w:proofErr w:type="gramEnd"/>
      <w:r w:rsidRPr="000516A1">
        <w:rPr>
          <w:rFonts w:asciiTheme="majorHAnsi" w:eastAsiaTheme="minorHAnsi" w:hAnsiTheme="majorHAnsi" w:cstheme="majorHAnsi"/>
          <w:sz w:val="22"/>
          <w:lang w:val="pl-PL"/>
        </w:rPr>
        <w:t>.…………………………………………………………………………………………………………………………………………………………………………………</w:t>
      </w:r>
    </w:p>
    <w:p w14:paraId="7DD6A0D9" w14:textId="02D6E0FB" w:rsidR="00CD382F" w:rsidRPr="000516A1" w:rsidRDefault="00CD382F" w:rsidP="00CD382F">
      <w:pPr>
        <w:spacing w:before="240"/>
        <w:ind w:left="426" w:hanging="426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4.</w:t>
      </w:r>
      <w:r w:rsidRPr="000516A1">
        <w:rPr>
          <w:rFonts w:asciiTheme="majorHAnsi" w:hAnsiTheme="majorHAnsi" w:cstheme="majorHAnsi"/>
          <w:bCs/>
          <w:sz w:val="22"/>
          <w:lang w:val="pl-PL"/>
        </w:rPr>
        <w:tab/>
        <w:t>Samodzielne funkcjonowanie w znanych i nowych warunkach</w:t>
      </w:r>
    </w:p>
    <w:p w14:paraId="2DE5A3FD" w14:textId="01A7FEC7" w:rsidR="00CD382F" w:rsidRPr="000516A1" w:rsidRDefault="00CD382F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osoba zachowuje samodzielność zarówno w znanych, jak i nowych lub zmieniających się sytuacjach i warunkach (0 pkt)</w:t>
      </w:r>
    </w:p>
    <w:p w14:paraId="5DD0DDD3" w14:textId="3A68115B" w:rsidR="00CD382F" w:rsidRPr="000516A1" w:rsidRDefault="00CD382F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osoba funkcjonuje samodzielnie lub z niewielkim wsparciem w znanych sobie sytuacjach i warunkach, natomiast w nowych lub zmieniających się sytuacjach wymaga większego wsparcia innej osoby (1 pkt)</w:t>
      </w:r>
    </w:p>
    <w:p w14:paraId="30DADB58" w14:textId="6B2AAB53" w:rsidR="00CD382F" w:rsidRPr="000516A1" w:rsidRDefault="00CD382F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osoba wymaga znacznego wsparcia innej osoby również w znanych sobie sytuacjach i warunkach, a w nowych lub zmieniających się sytuacjach zakres potrzebnego wsparcia może być jeszcze większy (2 pkt)</w:t>
      </w:r>
    </w:p>
    <w:p w14:paraId="07C89CE9" w14:textId="3383E226" w:rsidR="00CD382F" w:rsidRPr="000516A1" w:rsidRDefault="00CD382F" w:rsidP="002C4A33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proofErr w:type="gramStart"/>
      <w:r w:rsidRPr="000516A1">
        <w:rPr>
          <w:rFonts w:asciiTheme="majorHAnsi" w:hAnsiTheme="majorHAnsi" w:cstheme="majorHAnsi"/>
          <w:bCs/>
          <w:sz w:val="22"/>
          <w:lang w:val="pl-PL"/>
        </w:rPr>
        <w:t>Uzasadnienie: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…</w:t>
      </w:r>
      <w:proofErr w:type="gramEnd"/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</w:t>
      </w:r>
      <w:proofErr w:type="gramStart"/>
      <w:r w:rsidRPr="000516A1">
        <w:rPr>
          <w:rFonts w:asciiTheme="majorHAnsi" w:eastAsiaTheme="minorHAnsi" w:hAnsiTheme="majorHAnsi" w:cstheme="majorHAnsi"/>
          <w:sz w:val="22"/>
          <w:lang w:val="pl-PL"/>
        </w:rPr>
        <w:t>……..….</w:t>
      </w:r>
      <w:proofErr w:type="gramEnd"/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</w:t>
      </w:r>
      <w:proofErr w:type="gramStart"/>
      <w:r w:rsidRPr="000516A1">
        <w:rPr>
          <w:rFonts w:asciiTheme="majorHAnsi" w:eastAsiaTheme="minorHAnsi" w:hAnsiTheme="majorHAnsi" w:cstheme="majorHAnsi"/>
          <w:sz w:val="22"/>
          <w:lang w:val="pl-PL"/>
        </w:rPr>
        <w:t>…….</w:t>
      </w:r>
      <w:proofErr w:type="gramEnd"/>
      <w:r w:rsidRPr="000516A1">
        <w:rPr>
          <w:rFonts w:asciiTheme="majorHAnsi" w:eastAsiaTheme="minorHAnsi" w:hAnsiTheme="majorHAnsi" w:cstheme="majorHAnsi"/>
          <w:sz w:val="22"/>
          <w:lang w:val="pl-PL"/>
        </w:rPr>
        <w:t>.…………………………………………………………………………………………………………………………………………………………………………………</w:t>
      </w:r>
    </w:p>
    <w:p w14:paraId="20E80FFA" w14:textId="504C3534" w:rsidR="005D5031" w:rsidRPr="000516A1" w:rsidRDefault="00EC72F2" w:rsidP="002C4A33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Łączna liczba punktów uzyskanych w </w:t>
      </w:r>
      <w:r w:rsidR="00F27C14" w:rsidRPr="000516A1">
        <w:rPr>
          <w:rFonts w:asciiTheme="majorHAnsi" w:eastAsiaTheme="minorHAnsi" w:hAnsiTheme="majorHAnsi" w:cstheme="majorHAnsi"/>
          <w:sz w:val="22"/>
          <w:lang w:val="pl-PL"/>
        </w:rPr>
        <w:t>części</w:t>
      </w:r>
      <w:r w:rsidR="005D5031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IV: …</w:t>
      </w:r>
      <w:proofErr w:type="gramStart"/>
      <w:r w:rsidR="005D5031" w:rsidRPr="000516A1">
        <w:rPr>
          <w:rFonts w:asciiTheme="majorHAnsi" w:eastAsiaTheme="minorHAnsi" w:hAnsiTheme="majorHAnsi" w:cstheme="majorHAnsi"/>
          <w:sz w:val="22"/>
          <w:lang w:val="pl-PL"/>
        </w:rPr>
        <w:t>…….</w:t>
      </w:r>
      <w:proofErr w:type="gramEnd"/>
      <w:r w:rsidR="003F1EE2" w:rsidRPr="000516A1">
        <w:rPr>
          <w:rFonts w:asciiTheme="majorHAnsi" w:eastAsiaTheme="minorHAnsi" w:hAnsiTheme="majorHAnsi" w:cstheme="majorHAnsi"/>
          <w:sz w:val="22"/>
          <w:lang w:val="pl-PL"/>
        </w:rPr>
        <w:t>/</w:t>
      </w:r>
      <w:r w:rsidR="00CD382F" w:rsidRPr="000516A1">
        <w:rPr>
          <w:rFonts w:asciiTheme="majorHAnsi" w:eastAsiaTheme="minorHAnsi" w:hAnsiTheme="majorHAnsi" w:cstheme="majorHAnsi"/>
          <w:sz w:val="22"/>
          <w:lang w:val="pl-PL"/>
        </w:rPr>
        <w:t>8</w:t>
      </w:r>
      <w:r w:rsidR="005D5031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pkt.</w:t>
      </w:r>
    </w:p>
    <w:p w14:paraId="1D3CC97F" w14:textId="5AD79589" w:rsidR="00D03A5E" w:rsidRDefault="00D03A5E" w:rsidP="00912F58">
      <w:pPr>
        <w:spacing w:before="240" w:after="120"/>
        <w:rPr>
          <w:rFonts w:asciiTheme="majorHAnsi" w:hAnsiTheme="majorHAnsi" w:cstheme="majorHAnsi"/>
          <w:b/>
          <w:sz w:val="22"/>
          <w:lang w:val="pl-PL"/>
        </w:rPr>
      </w:pPr>
      <w:r w:rsidRPr="000516A1">
        <w:rPr>
          <w:rFonts w:asciiTheme="majorHAnsi" w:hAnsiTheme="majorHAnsi" w:cstheme="majorHAnsi"/>
          <w:b/>
          <w:sz w:val="22"/>
          <w:lang w:val="pl-PL"/>
        </w:rPr>
        <w:t xml:space="preserve">V. </w:t>
      </w:r>
      <w:r w:rsidR="004C4133" w:rsidRPr="004C4133">
        <w:rPr>
          <w:rFonts w:asciiTheme="majorHAnsi" w:hAnsiTheme="majorHAnsi" w:cstheme="majorHAnsi"/>
          <w:b/>
          <w:sz w:val="22"/>
          <w:lang w:val="pl-PL"/>
        </w:rPr>
        <w:t>OCENA DOSTĘPNOŚCI POMOCY ZE STRONY INNYCH OSÓB LUB PODMIOTÓW</w:t>
      </w:r>
      <w:r w:rsidRPr="003D52E0">
        <w:rPr>
          <w:rFonts w:asciiTheme="majorHAnsi" w:hAnsiTheme="majorHAnsi" w:cstheme="majorHAnsi"/>
          <w:b/>
          <w:sz w:val="22"/>
          <w:lang w:val="pl-PL"/>
        </w:rPr>
        <w:t>:</w:t>
      </w:r>
    </w:p>
    <w:p w14:paraId="42B56C4E" w14:textId="2E4B2C5D" w:rsidR="007E01F3" w:rsidRPr="005536CE" w:rsidRDefault="00BF7F15" w:rsidP="00912F58">
      <w:pPr>
        <w:spacing w:before="120" w:after="120"/>
        <w:rPr>
          <w:rFonts w:asciiTheme="majorHAnsi" w:hAnsiTheme="majorHAnsi" w:cstheme="majorHAnsi"/>
          <w:bCs/>
          <w:i/>
          <w:iCs/>
          <w:sz w:val="22"/>
          <w:lang w:val="pl-PL"/>
        </w:rPr>
      </w:pPr>
      <w:r w:rsidRPr="005536CE">
        <w:rPr>
          <w:rFonts w:asciiTheme="majorHAnsi" w:hAnsiTheme="majorHAnsi" w:cstheme="majorHAnsi"/>
          <w:bCs/>
          <w:i/>
          <w:iCs/>
          <w:sz w:val="22"/>
          <w:lang w:val="pl-PL"/>
        </w:rPr>
        <w:t>Przy dokonywaniu oceny należy uwzględnić pomoc realnie dostępną i faktycznie świadczoną osobie wnioskującej. Ocenie podlega w szczególności częstotliwość i regularność udzielanej pomocy, możliwość uzyskania jej w czasie, w którym jest potrzebna, oraz stopień, w jakim odpowiada ona potrzebom osoby. Należy uwzględnić również pomoc świadczoną przez instytucje i inne podmioty, w szczególności jednostki organizacyjne pomocy społecznej.</w:t>
      </w:r>
    </w:p>
    <w:p w14:paraId="5D28A36D" w14:textId="17BA8D25" w:rsidR="00C95E35" w:rsidRPr="005536CE" w:rsidRDefault="00C95E35" w:rsidP="00912F58">
      <w:pPr>
        <w:spacing w:before="120" w:after="120"/>
        <w:rPr>
          <w:rFonts w:asciiTheme="majorHAnsi" w:hAnsiTheme="majorHAnsi" w:cstheme="majorHAnsi"/>
          <w:bCs/>
          <w:i/>
          <w:iCs/>
          <w:sz w:val="22"/>
          <w:lang w:val="pl-PL"/>
        </w:rPr>
      </w:pPr>
      <w:r w:rsidRPr="005536CE">
        <w:rPr>
          <w:rFonts w:asciiTheme="majorHAnsi" w:hAnsiTheme="majorHAnsi" w:cstheme="majorHAnsi"/>
          <w:bCs/>
          <w:i/>
          <w:iCs/>
          <w:sz w:val="22"/>
          <w:lang w:val="pl-PL"/>
        </w:rPr>
        <w:t>Sam fakt wspólnego zamieszkiwania z inną osobą nie oznacza, że osoba wnioskująca ma możliwość uzyskania od niej pomocy.</w:t>
      </w:r>
    </w:p>
    <w:p w14:paraId="6AC58002" w14:textId="7F56AF6E" w:rsidR="00BF7F15" w:rsidRPr="005536CE" w:rsidRDefault="00BF7F15" w:rsidP="00912F58">
      <w:pPr>
        <w:spacing w:before="120" w:after="120"/>
        <w:rPr>
          <w:rFonts w:asciiTheme="majorHAnsi" w:hAnsiTheme="majorHAnsi" w:cstheme="majorHAnsi"/>
          <w:bCs/>
          <w:i/>
          <w:iCs/>
          <w:sz w:val="22"/>
          <w:lang w:val="pl-PL"/>
        </w:rPr>
      </w:pPr>
      <w:r w:rsidRPr="005536CE">
        <w:rPr>
          <w:rFonts w:asciiTheme="majorHAnsi" w:hAnsiTheme="majorHAnsi" w:cstheme="majorHAnsi"/>
          <w:bCs/>
          <w:i/>
          <w:iCs/>
          <w:sz w:val="22"/>
          <w:lang w:val="pl-PL"/>
        </w:rPr>
        <w:t>Zaznaczenie w pkt 1 odpowiedzi „nikt” oznacza przyznanie 6 pkt w części V. W takim przypadku nie wypełnia się pkt 2–4 i należy przejść do części VI. Odpowiedzi „nikt” nie można zaznaczyć łącznie z innymi odpowiedziami w pkt 1.</w:t>
      </w:r>
    </w:p>
    <w:p w14:paraId="198CA0BA" w14:textId="43FAF877" w:rsidR="00B23A3B" w:rsidRDefault="00D03A5E" w:rsidP="002C4A33">
      <w:pPr>
        <w:spacing w:before="240"/>
        <w:ind w:left="426" w:hanging="426"/>
        <w:rPr>
          <w:rFonts w:asciiTheme="majorHAnsi" w:hAnsiTheme="majorHAnsi" w:cstheme="majorHAnsi"/>
          <w:bCs/>
          <w:sz w:val="22"/>
          <w:lang w:val="pl-PL"/>
        </w:rPr>
      </w:pPr>
      <w:r w:rsidRPr="003D52E0">
        <w:rPr>
          <w:rFonts w:asciiTheme="majorHAnsi" w:hAnsiTheme="majorHAnsi" w:cstheme="majorHAnsi"/>
          <w:bCs/>
          <w:sz w:val="22"/>
          <w:lang w:val="pl-PL"/>
        </w:rPr>
        <w:t>1.</w:t>
      </w:r>
      <w:r w:rsidRPr="003D52E0">
        <w:rPr>
          <w:rFonts w:asciiTheme="majorHAnsi" w:hAnsiTheme="majorHAnsi" w:cstheme="majorHAnsi"/>
          <w:bCs/>
          <w:sz w:val="22"/>
          <w:lang w:val="pl-PL"/>
        </w:rPr>
        <w:tab/>
      </w:r>
      <w:r w:rsidR="00C95E35" w:rsidRPr="00C95E35">
        <w:rPr>
          <w:rFonts w:asciiTheme="majorHAnsi" w:hAnsiTheme="majorHAnsi" w:cstheme="majorHAnsi"/>
          <w:bCs/>
          <w:sz w:val="22"/>
          <w:lang w:val="pl-PL"/>
        </w:rPr>
        <w:t>Kto obecnie faktycznie udziela pomocy osobie wnioskującej</w:t>
      </w:r>
      <w:r w:rsidR="00C95E35">
        <w:rPr>
          <w:rFonts w:asciiTheme="majorHAnsi" w:hAnsiTheme="majorHAnsi" w:cstheme="majorHAnsi"/>
          <w:bCs/>
          <w:sz w:val="22"/>
          <w:lang w:val="pl-PL"/>
        </w:rPr>
        <w:t xml:space="preserve"> </w:t>
      </w:r>
    </w:p>
    <w:p w14:paraId="66CD5AE2" w14:textId="36565810" w:rsidR="00C95E35" w:rsidRDefault="00C95E35" w:rsidP="00C95E35">
      <w:pPr>
        <w:spacing w:before="120" w:after="120"/>
        <w:ind w:left="425" w:hanging="425"/>
        <w:rPr>
          <w:rFonts w:asciiTheme="majorHAnsi" w:hAnsiTheme="majorHAnsi" w:cstheme="majorHAnsi"/>
          <w:bCs/>
          <w:sz w:val="22"/>
          <w:lang w:val="pl-PL"/>
        </w:rPr>
      </w:pPr>
      <w:r w:rsidRPr="00C95E35">
        <w:rPr>
          <w:rFonts w:ascii="Segoe UI Symbol" w:hAnsi="Segoe UI Symbol" w:cs="Segoe UI Symbol"/>
          <w:bCs/>
          <w:sz w:val="22"/>
          <w:lang w:val="pl-PL"/>
        </w:rPr>
        <w:t>☐</w:t>
      </w:r>
      <w:r w:rsidRPr="00C95E35">
        <w:rPr>
          <w:rFonts w:asciiTheme="majorHAnsi" w:hAnsiTheme="majorHAnsi" w:cstheme="majorHAnsi"/>
          <w:bCs/>
          <w:sz w:val="22"/>
          <w:lang w:val="pl-PL"/>
        </w:rPr>
        <w:t xml:space="preserve"> nikt</w:t>
      </w:r>
      <w:r w:rsidR="00166654">
        <w:rPr>
          <w:rFonts w:asciiTheme="majorHAnsi" w:hAnsiTheme="majorHAnsi" w:cstheme="majorHAnsi"/>
          <w:bCs/>
          <w:sz w:val="22"/>
          <w:lang w:val="pl-PL"/>
        </w:rPr>
        <w:t xml:space="preserve"> (</w:t>
      </w:r>
      <w:r w:rsidR="00166654" w:rsidRPr="00504D57">
        <w:rPr>
          <w:rFonts w:asciiTheme="majorHAnsi" w:hAnsiTheme="majorHAnsi" w:cstheme="majorHAnsi"/>
          <w:bCs/>
          <w:i/>
          <w:iCs/>
          <w:sz w:val="22"/>
          <w:lang w:val="pl-PL"/>
        </w:rPr>
        <w:t>przejdź do części VI</w:t>
      </w:r>
      <w:r w:rsidR="00E46991">
        <w:rPr>
          <w:rFonts w:asciiTheme="majorHAnsi" w:hAnsiTheme="majorHAnsi" w:cstheme="majorHAnsi"/>
          <w:bCs/>
          <w:sz w:val="22"/>
          <w:lang w:val="pl-PL"/>
        </w:rPr>
        <w:t>)</w:t>
      </w:r>
      <w:r w:rsidR="00166654">
        <w:rPr>
          <w:rFonts w:asciiTheme="majorHAnsi" w:hAnsiTheme="majorHAnsi" w:cstheme="majorHAnsi"/>
          <w:bCs/>
          <w:sz w:val="22"/>
          <w:lang w:val="pl-PL"/>
        </w:rPr>
        <w:t xml:space="preserve">, </w:t>
      </w:r>
      <w:r w:rsidR="00E46991">
        <w:rPr>
          <w:rFonts w:asciiTheme="majorHAnsi" w:hAnsiTheme="majorHAnsi" w:cstheme="majorHAnsi"/>
          <w:bCs/>
          <w:sz w:val="22"/>
          <w:lang w:val="pl-PL"/>
        </w:rPr>
        <w:t>(</w:t>
      </w:r>
      <w:r w:rsidR="00166654">
        <w:rPr>
          <w:rFonts w:asciiTheme="majorHAnsi" w:hAnsiTheme="majorHAnsi" w:cstheme="majorHAnsi"/>
          <w:bCs/>
          <w:sz w:val="22"/>
          <w:lang w:val="pl-PL"/>
        </w:rPr>
        <w:t>6 pkt)</w:t>
      </w:r>
    </w:p>
    <w:p w14:paraId="2DAF8671" w14:textId="77777777" w:rsidR="00166654" w:rsidRPr="005C4CD1" w:rsidRDefault="00166654" w:rsidP="00166654">
      <w:pPr>
        <w:spacing w:before="240"/>
        <w:rPr>
          <w:rFonts w:asciiTheme="majorHAnsi" w:hAnsiTheme="majorHAnsi" w:cstheme="majorHAnsi"/>
          <w:sz w:val="22"/>
          <w:lang w:val="pl-PL"/>
        </w:rPr>
      </w:pPr>
      <w:proofErr w:type="gramStart"/>
      <w:r w:rsidRPr="005C4CD1">
        <w:rPr>
          <w:rFonts w:asciiTheme="majorHAnsi" w:hAnsiTheme="majorHAnsi" w:cstheme="majorHAnsi"/>
          <w:bCs/>
          <w:sz w:val="22"/>
          <w:lang w:val="pl-PL"/>
        </w:rPr>
        <w:lastRenderedPageBreak/>
        <w:t>Uzasadnienie:</w:t>
      </w:r>
      <w:r w:rsidRPr="005C4CD1">
        <w:rPr>
          <w:rFonts w:asciiTheme="majorHAnsi" w:eastAsiaTheme="minorHAnsi" w:hAnsiTheme="majorHAnsi" w:cstheme="majorHAnsi"/>
          <w:sz w:val="22"/>
          <w:lang w:val="pl-PL"/>
        </w:rPr>
        <w:t>…</w:t>
      </w:r>
      <w:proofErr w:type="gramEnd"/>
      <w:r w:rsidRPr="005C4CD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</w:t>
      </w:r>
      <w:proofErr w:type="gramStart"/>
      <w:r w:rsidRPr="005C4CD1">
        <w:rPr>
          <w:rFonts w:asciiTheme="majorHAnsi" w:eastAsiaTheme="minorHAnsi" w:hAnsiTheme="majorHAnsi" w:cstheme="majorHAnsi"/>
          <w:sz w:val="22"/>
          <w:lang w:val="pl-PL"/>
        </w:rPr>
        <w:t>……..….</w:t>
      </w:r>
      <w:proofErr w:type="gramEnd"/>
      <w:r w:rsidRPr="005C4CD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</w:t>
      </w:r>
      <w:proofErr w:type="gramStart"/>
      <w:r w:rsidRPr="005C4CD1">
        <w:rPr>
          <w:rFonts w:asciiTheme="majorHAnsi" w:eastAsiaTheme="minorHAnsi" w:hAnsiTheme="majorHAnsi" w:cstheme="majorHAnsi"/>
          <w:sz w:val="22"/>
          <w:lang w:val="pl-PL"/>
        </w:rPr>
        <w:t>…….</w:t>
      </w:r>
      <w:proofErr w:type="gramEnd"/>
      <w:r w:rsidRPr="005C4CD1">
        <w:rPr>
          <w:rFonts w:asciiTheme="majorHAnsi" w:eastAsiaTheme="minorHAnsi" w:hAnsiTheme="majorHAnsi" w:cstheme="majorHAnsi"/>
          <w:sz w:val="22"/>
          <w:lang w:val="pl-PL"/>
        </w:rPr>
        <w:t>.…………………………………………………………………………………………………………………………………………………………………………………</w:t>
      </w:r>
    </w:p>
    <w:p w14:paraId="47E5171F" w14:textId="3BAB9258" w:rsidR="00BF7F15" w:rsidRPr="00912F58" w:rsidRDefault="00BF7F15" w:rsidP="00C95E35">
      <w:pPr>
        <w:spacing w:before="120" w:after="120"/>
        <w:ind w:left="425" w:hanging="425"/>
        <w:rPr>
          <w:rFonts w:ascii="Segoe UI Symbol" w:hAnsi="Segoe UI Symbol" w:cs="Segoe UI Symbol"/>
          <w:bCs/>
          <w:i/>
          <w:iCs/>
          <w:sz w:val="22"/>
          <w:lang w:val="pl-PL"/>
        </w:rPr>
      </w:pPr>
      <w:r w:rsidRPr="00912F58">
        <w:rPr>
          <w:rFonts w:asciiTheme="majorHAnsi" w:hAnsiTheme="majorHAnsi" w:cstheme="majorHAnsi"/>
          <w:bCs/>
          <w:i/>
          <w:iCs/>
          <w:sz w:val="22"/>
          <w:lang w:val="pl-PL"/>
        </w:rPr>
        <w:t xml:space="preserve">W przypadku poniższych opcji </w:t>
      </w:r>
      <w:r w:rsidRPr="003D52E0">
        <w:rPr>
          <w:rFonts w:asciiTheme="majorHAnsi" w:hAnsiTheme="majorHAnsi" w:cstheme="majorHAnsi"/>
          <w:bCs/>
          <w:i/>
          <w:iCs/>
          <w:sz w:val="22"/>
          <w:lang w:val="pl-PL"/>
        </w:rPr>
        <w:t>można zaznaczyć więcej niż jedną odpowiedź</w:t>
      </w:r>
      <w:r w:rsidRPr="00912F58">
        <w:rPr>
          <w:rFonts w:asciiTheme="majorHAnsi" w:hAnsiTheme="majorHAnsi" w:cstheme="majorHAnsi"/>
          <w:bCs/>
          <w:i/>
          <w:iCs/>
          <w:sz w:val="22"/>
          <w:lang w:val="pl-PL"/>
        </w:rPr>
        <w:t>.</w:t>
      </w:r>
    </w:p>
    <w:p w14:paraId="6479A347" w14:textId="53002700" w:rsidR="00C95E35" w:rsidRPr="00C95E35" w:rsidRDefault="00C95E35" w:rsidP="00912F58">
      <w:pPr>
        <w:spacing w:before="120" w:after="120"/>
        <w:ind w:left="425" w:hanging="425"/>
        <w:rPr>
          <w:rFonts w:asciiTheme="majorHAnsi" w:hAnsiTheme="majorHAnsi" w:cstheme="majorHAnsi"/>
          <w:bCs/>
          <w:sz w:val="22"/>
          <w:lang w:val="pl-PL"/>
        </w:rPr>
      </w:pPr>
      <w:r w:rsidRPr="00C95E35">
        <w:rPr>
          <w:rFonts w:ascii="Segoe UI Symbol" w:hAnsi="Segoe UI Symbol" w:cs="Segoe UI Symbol"/>
          <w:bCs/>
          <w:sz w:val="22"/>
          <w:lang w:val="pl-PL"/>
        </w:rPr>
        <w:t>☐</w:t>
      </w:r>
      <w:r w:rsidRPr="00C95E35">
        <w:rPr>
          <w:rFonts w:asciiTheme="majorHAnsi" w:hAnsiTheme="majorHAnsi" w:cstheme="majorHAnsi"/>
          <w:bCs/>
          <w:sz w:val="22"/>
          <w:lang w:val="pl-PL"/>
        </w:rPr>
        <w:t xml:space="preserve"> rodzina</w:t>
      </w:r>
    </w:p>
    <w:p w14:paraId="425A7FBE" w14:textId="77777777" w:rsidR="00C95E35" w:rsidRPr="00C95E35" w:rsidRDefault="00C95E35" w:rsidP="00912F58">
      <w:pPr>
        <w:spacing w:before="120" w:after="120"/>
        <w:ind w:left="425" w:hanging="425"/>
        <w:rPr>
          <w:rFonts w:asciiTheme="majorHAnsi" w:hAnsiTheme="majorHAnsi" w:cstheme="majorHAnsi"/>
          <w:bCs/>
          <w:sz w:val="22"/>
          <w:lang w:val="pl-PL"/>
        </w:rPr>
      </w:pPr>
      <w:r w:rsidRPr="00C95E35">
        <w:rPr>
          <w:rFonts w:ascii="Segoe UI Symbol" w:hAnsi="Segoe UI Symbol" w:cs="Segoe UI Symbol"/>
          <w:bCs/>
          <w:sz w:val="22"/>
          <w:lang w:val="pl-PL"/>
        </w:rPr>
        <w:t>☐</w:t>
      </w:r>
      <w:r w:rsidRPr="00C95E35">
        <w:rPr>
          <w:rFonts w:asciiTheme="majorHAnsi" w:hAnsiTheme="majorHAnsi" w:cstheme="majorHAnsi"/>
          <w:bCs/>
          <w:sz w:val="22"/>
          <w:lang w:val="pl-PL"/>
        </w:rPr>
        <w:t xml:space="preserve"> osoby niespokrewnione wspólnie zamieszkujące</w:t>
      </w:r>
    </w:p>
    <w:p w14:paraId="34E95C62" w14:textId="1DECC219" w:rsidR="00C95E35" w:rsidRPr="00C95E35" w:rsidRDefault="00C95E35" w:rsidP="00912F58">
      <w:pPr>
        <w:spacing w:before="120" w:after="120"/>
        <w:ind w:left="425" w:hanging="425"/>
        <w:rPr>
          <w:rFonts w:asciiTheme="majorHAnsi" w:hAnsiTheme="majorHAnsi" w:cstheme="majorHAnsi"/>
          <w:bCs/>
          <w:sz w:val="22"/>
          <w:lang w:val="pl-PL"/>
        </w:rPr>
      </w:pPr>
      <w:r w:rsidRPr="00C95E35">
        <w:rPr>
          <w:rFonts w:ascii="Segoe UI Symbol" w:hAnsi="Segoe UI Symbol" w:cs="Segoe UI Symbol"/>
          <w:bCs/>
          <w:sz w:val="22"/>
          <w:lang w:val="pl-PL"/>
        </w:rPr>
        <w:t>☐</w:t>
      </w:r>
      <w:r w:rsidRPr="00C95E35">
        <w:rPr>
          <w:rFonts w:asciiTheme="majorHAnsi" w:hAnsiTheme="majorHAnsi" w:cstheme="majorHAnsi"/>
          <w:bCs/>
          <w:sz w:val="22"/>
          <w:lang w:val="pl-PL"/>
        </w:rPr>
        <w:t xml:space="preserve"> inne osoby, np. znajomi lub sąsiedzi</w:t>
      </w:r>
    </w:p>
    <w:p w14:paraId="7789FD01" w14:textId="23BC4E00" w:rsidR="00C95E35" w:rsidRPr="00C95E35" w:rsidRDefault="00C95E35" w:rsidP="005536CE">
      <w:pPr>
        <w:spacing w:before="120" w:after="120"/>
        <w:ind w:left="284" w:hanging="284"/>
        <w:rPr>
          <w:rFonts w:asciiTheme="majorHAnsi" w:hAnsiTheme="majorHAnsi" w:cstheme="majorHAnsi"/>
          <w:bCs/>
          <w:sz w:val="22"/>
          <w:lang w:val="pl-PL"/>
        </w:rPr>
      </w:pPr>
      <w:r w:rsidRPr="00C95E35">
        <w:rPr>
          <w:rFonts w:ascii="Segoe UI Symbol" w:hAnsi="Segoe UI Symbol" w:cs="Segoe UI Symbol"/>
          <w:bCs/>
          <w:sz w:val="22"/>
          <w:lang w:val="pl-PL"/>
        </w:rPr>
        <w:t>☐</w:t>
      </w:r>
      <w:r w:rsidRPr="00C95E35">
        <w:rPr>
          <w:rFonts w:asciiTheme="majorHAnsi" w:hAnsiTheme="majorHAnsi" w:cstheme="majorHAnsi"/>
          <w:bCs/>
          <w:sz w:val="22"/>
          <w:lang w:val="pl-PL"/>
        </w:rPr>
        <w:t xml:space="preserve"> jednostka organizacyjna pomocy społecznej, np. OPS, CUS, PCPR,</w:t>
      </w:r>
      <w:r w:rsidR="00663128">
        <w:rPr>
          <w:rFonts w:asciiTheme="majorHAnsi" w:hAnsiTheme="majorHAnsi" w:cstheme="majorHAnsi"/>
          <w:bCs/>
          <w:sz w:val="22"/>
          <w:lang w:val="pl-PL"/>
        </w:rPr>
        <w:t xml:space="preserve"> MOPR</w:t>
      </w:r>
      <w:r w:rsidRPr="00C95E35">
        <w:rPr>
          <w:rFonts w:asciiTheme="majorHAnsi" w:hAnsiTheme="majorHAnsi" w:cstheme="majorHAnsi"/>
          <w:bCs/>
          <w:sz w:val="22"/>
          <w:lang w:val="pl-PL"/>
        </w:rPr>
        <w:t xml:space="preserve"> w tym w ramach świadczonych usług opiekuńczych lub specjalistycznych usług opiekuńczych</w:t>
      </w:r>
    </w:p>
    <w:p w14:paraId="617176A0" w14:textId="77777777" w:rsidR="00C95E35" w:rsidRPr="00C95E35" w:rsidRDefault="00C95E35" w:rsidP="00912F58">
      <w:pPr>
        <w:spacing w:before="120" w:after="120"/>
        <w:ind w:left="425" w:hanging="425"/>
        <w:rPr>
          <w:rFonts w:asciiTheme="majorHAnsi" w:hAnsiTheme="majorHAnsi" w:cstheme="majorHAnsi"/>
          <w:bCs/>
          <w:sz w:val="22"/>
          <w:lang w:val="pl-PL"/>
        </w:rPr>
      </w:pPr>
      <w:r w:rsidRPr="00C95E35">
        <w:rPr>
          <w:rFonts w:ascii="Segoe UI Symbol" w:hAnsi="Segoe UI Symbol" w:cs="Segoe UI Symbol"/>
          <w:bCs/>
          <w:sz w:val="22"/>
          <w:lang w:val="pl-PL"/>
        </w:rPr>
        <w:t>☐</w:t>
      </w:r>
      <w:r w:rsidRPr="00C95E35">
        <w:rPr>
          <w:rFonts w:asciiTheme="majorHAnsi" w:hAnsiTheme="majorHAnsi" w:cstheme="majorHAnsi"/>
          <w:bCs/>
          <w:sz w:val="22"/>
          <w:lang w:val="pl-PL"/>
        </w:rPr>
        <w:t xml:space="preserve"> organizacja pozarządowa</w:t>
      </w:r>
    </w:p>
    <w:p w14:paraId="4411891C" w14:textId="2017C1A5" w:rsidR="00C95E35" w:rsidRPr="00C95E35" w:rsidRDefault="00C95E35" w:rsidP="00912F58">
      <w:pPr>
        <w:spacing w:before="120" w:after="120"/>
        <w:ind w:left="425" w:hanging="425"/>
        <w:rPr>
          <w:rFonts w:asciiTheme="majorHAnsi" w:hAnsiTheme="majorHAnsi" w:cstheme="majorHAnsi"/>
          <w:bCs/>
          <w:sz w:val="22"/>
          <w:lang w:val="pl-PL"/>
        </w:rPr>
      </w:pPr>
      <w:r w:rsidRPr="00C95E35">
        <w:rPr>
          <w:rFonts w:ascii="Segoe UI Symbol" w:hAnsi="Segoe UI Symbol" w:cs="Segoe UI Symbol"/>
          <w:bCs/>
          <w:sz w:val="22"/>
          <w:lang w:val="pl-PL"/>
        </w:rPr>
        <w:t>☐</w:t>
      </w:r>
      <w:r w:rsidRPr="00C95E35">
        <w:rPr>
          <w:rFonts w:asciiTheme="majorHAnsi" w:hAnsiTheme="majorHAnsi" w:cstheme="majorHAnsi"/>
          <w:bCs/>
          <w:sz w:val="22"/>
          <w:lang w:val="pl-PL"/>
        </w:rPr>
        <w:t xml:space="preserve"> jednostka zapewniająca wsparcie, np. ŚDS, WTZ, ZAZ, COM</w:t>
      </w:r>
    </w:p>
    <w:p w14:paraId="153D7741" w14:textId="297D2E70" w:rsidR="00C95E35" w:rsidRPr="00C95E35" w:rsidRDefault="00C95E35" w:rsidP="00912F58">
      <w:pPr>
        <w:spacing w:before="120" w:after="120"/>
        <w:ind w:left="425" w:hanging="425"/>
        <w:rPr>
          <w:rFonts w:asciiTheme="majorHAnsi" w:hAnsiTheme="majorHAnsi" w:cstheme="majorHAnsi"/>
          <w:bCs/>
          <w:sz w:val="22"/>
          <w:lang w:val="pl-PL"/>
        </w:rPr>
      </w:pPr>
      <w:r w:rsidRPr="00C95E35">
        <w:rPr>
          <w:rFonts w:ascii="Segoe UI Symbol" w:hAnsi="Segoe UI Symbol" w:cs="Segoe UI Symbol"/>
          <w:bCs/>
          <w:sz w:val="22"/>
          <w:lang w:val="pl-PL"/>
        </w:rPr>
        <w:t>☐</w:t>
      </w:r>
      <w:r w:rsidRPr="00C95E35">
        <w:rPr>
          <w:rFonts w:asciiTheme="majorHAnsi" w:hAnsiTheme="majorHAnsi" w:cstheme="majorHAnsi"/>
          <w:bCs/>
          <w:sz w:val="22"/>
          <w:lang w:val="pl-PL"/>
        </w:rPr>
        <w:t xml:space="preserve"> inne osoby lub podmioty faktycznie udzielające pomocy </w:t>
      </w:r>
      <w:r w:rsidR="005965C9">
        <w:rPr>
          <w:rFonts w:asciiTheme="majorHAnsi" w:hAnsiTheme="majorHAnsi" w:cstheme="majorHAnsi"/>
          <w:bCs/>
          <w:sz w:val="22"/>
          <w:lang w:val="pl-PL"/>
        </w:rPr>
        <w:t>(</w:t>
      </w:r>
      <w:r w:rsidRPr="00504D57">
        <w:rPr>
          <w:rFonts w:asciiTheme="majorHAnsi" w:hAnsiTheme="majorHAnsi" w:cstheme="majorHAnsi"/>
          <w:bCs/>
          <w:i/>
          <w:iCs/>
          <w:sz w:val="22"/>
          <w:lang w:val="pl-PL"/>
        </w:rPr>
        <w:t>jakie?</w:t>
      </w:r>
      <w:r w:rsidR="005965C9">
        <w:rPr>
          <w:rFonts w:asciiTheme="majorHAnsi" w:hAnsiTheme="majorHAnsi" w:cstheme="majorHAnsi"/>
          <w:bCs/>
          <w:sz w:val="22"/>
          <w:lang w:val="pl-PL"/>
        </w:rPr>
        <w:t>)</w:t>
      </w:r>
    </w:p>
    <w:p w14:paraId="5A5C58BC" w14:textId="3E822613" w:rsidR="00C95E35" w:rsidRDefault="00C95E35" w:rsidP="00912F58">
      <w:pPr>
        <w:spacing w:before="120" w:after="120"/>
        <w:ind w:left="426" w:hanging="426"/>
        <w:rPr>
          <w:rFonts w:asciiTheme="majorHAnsi" w:hAnsiTheme="majorHAnsi" w:cstheme="majorHAnsi"/>
          <w:bCs/>
          <w:sz w:val="22"/>
          <w:lang w:val="pl-PL"/>
        </w:rPr>
      </w:pPr>
      <w:r w:rsidRPr="00C95E35">
        <w:rPr>
          <w:rFonts w:asciiTheme="majorHAnsi" w:hAnsiTheme="majorHAnsi" w:cstheme="majorHAnsi"/>
          <w:bCs/>
          <w:sz w:val="22"/>
          <w:lang w:val="pl-PL"/>
        </w:rPr>
        <w:t>………………………………………………………………………………………………………………</w:t>
      </w:r>
      <w:r w:rsidR="005965C9">
        <w:rPr>
          <w:rFonts w:asciiTheme="majorHAnsi" w:hAnsiTheme="majorHAnsi" w:cstheme="majorHAnsi"/>
          <w:bCs/>
          <w:sz w:val="22"/>
          <w:lang w:val="pl-PL"/>
        </w:rPr>
        <w:t>………………………………………………………</w:t>
      </w:r>
      <w:r w:rsidR="00F1438D">
        <w:rPr>
          <w:rFonts w:asciiTheme="majorHAnsi" w:hAnsiTheme="majorHAnsi" w:cstheme="majorHAnsi"/>
          <w:bCs/>
          <w:sz w:val="22"/>
          <w:lang w:val="pl-PL"/>
        </w:rPr>
        <w:t>……….</w:t>
      </w:r>
    </w:p>
    <w:p w14:paraId="3A68ED58" w14:textId="2DC1C9B8" w:rsidR="00815F1B" w:rsidRPr="00815F1B" w:rsidRDefault="00815F1B" w:rsidP="00815F1B">
      <w:pPr>
        <w:spacing w:before="240"/>
        <w:ind w:left="426" w:hanging="426"/>
        <w:rPr>
          <w:rFonts w:asciiTheme="majorHAnsi" w:hAnsiTheme="majorHAnsi" w:cstheme="majorHAnsi"/>
          <w:bCs/>
          <w:sz w:val="22"/>
          <w:lang w:val="pl-PL"/>
        </w:rPr>
      </w:pPr>
      <w:r w:rsidRPr="00815F1B">
        <w:rPr>
          <w:rFonts w:asciiTheme="majorHAnsi" w:hAnsiTheme="majorHAnsi" w:cstheme="majorHAnsi"/>
          <w:bCs/>
          <w:sz w:val="22"/>
          <w:lang w:val="pl-PL"/>
        </w:rPr>
        <w:t xml:space="preserve">2. Jak </w:t>
      </w:r>
      <w:r w:rsidR="00102496">
        <w:rPr>
          <w:rFonts w:asciiTheme="majorHAnsi" w:hAnsiTheme="majorHAnsi" w:cstheme="majorHAnsi"/>
          <w:bCs/>
          <w:sz w:val="22"/>
          <w:lang w:val="pl-PL"/>
        </w:rPr>
        <w:t>często</w:t>
      </w:r>
      <w:r w:rsidRPr="00815F1B">
        <w:rPr>
          <w:rFonts w:asciiTheme="majorHAnsi" w:hAnsiTheme="majorHAnsi" w:cstheme="majorHAnsi"/>
          <w:bCs/>
          <w:sz w:val="22"/>
          <w:lang w:val="pl-PL"/>
        </w:rPr>
        <w:t xml:space="preserve"> osoba wnioskująca otrzymuje wskazaną powyżej pomoc</w:t>
      </w:r>
      <w:r w:rsidR="00102496">
        <w:rPr>
          <w:rFonts w:asciiTheme="majorHAnsi" w:hAnsiTheme="majorHAnsi" w:cstheme="majorHAnsi"/>
          <w:bCs/>
          <w:sz w:val="22"/>
          <w:lang w:val="pl-PL"/>
        </w:rPr>
        <w:t xml:space="preserve"> od innych osób lub podmiotów</w:t>
      </w:r>
      <w:r w:rsidRPr="00815F1B">
        <w:rPr>
          <w:rFonts w:asciiTheme="majorHAnsi" w:hAnsiTheme="majorHAnsi" w:cstheme="majorHAnsi"/>
          <w:bCs/>
          <w:sz w:val="22"/>
          <w:lang w:val="pl-PL"/>
        </w:rPr>
        <w:t>?</w:t>
      </w:r>
    </w:p>
    <w:p w14:paraId="029FEB75" w14:textId="5EFF725E" w:rsidR="00FD660E" w:rsidRPr="00FD660E" w:rsidRDefault="00815F1B" w:rsidP="00FD660E">
      <w:pPr>
        <w:spacing w:before="120" w:after="120"/>
        <w:ind w:left="425" w:hanging="425"/>
        <w:rPr>
          <w:rFonts w:asciiTheme="majorHAnsi" w:hAnsiTheme="majorHAnsi" w:cstheme="majorHAnsi"/>
          <w:bCs/>
          <w:sz w:val="22"/>
          <w:lang w:val="pl-PL"/>
        </w:rPr>
      </w:pPr>
      <w:r w:rsidRPr="00815F1B">
        <w:rPr>
          <w:rFonts w:ascii="Segoe UI Symbol" w:hAnsi="Segoe UI Symbol" w:cs="Segoe UI Symbol"/>
          <w:bCs/>
          <w:sz w:val="22"/>
          <w:lang w:val="pl-PL"/>
        </w:rPr>
        <w:t>☐</w:t>
      </w:r>
      <w:r w:rsidR="00FD660E" w:rsidRPr="00FD660E">
        <w:rPr>
          <w:rFonts w:asciiTheme="majorHAnsi" w:hAnsiTheme="majorHAnsi" w:cstheme="majorHAnsi"/>
          <w:bCs/>
          <w:sz w:val="22"/>
          <w:lang w:val="pl-PL"/>
        </w:rPr>
        <w:t xml:space="preserve"> pomoc jest udzielana regularnie i w sposób powtarzalny </w:t>
      </w:r>
      <w:r w:rsidR="00FD660E">
        <w:rPr>
          <w:rFonts w:asciiTheme="majorHAnsi" w:hAnsiTheme="majorHAnsi" w:cstheme="majorHAnsi"/>
          <w:bCs/>
          <w:sz w:val="22"/>
          <w:lang w:val="pl-PL"/>
        </w:rPr>
        <w:t>(</w:t>
      </w:r>
      <w:r w:rsidR="00FD660E" w:rsidRPr="00FD660E">
        <w:rPr>
          <w:rFonts w:asciiTheme="majorHAnsi" w:hAnsiTheme="majorHAnsi" w:cstheme="majorHAnsi"/>
          <w:bCs/>
          <w:sz w:val="22"/>
          <w:lang w:val="pl-PL"/>
        </w:rPr>
        <w:t>0 pkt</w:t>
      </w:r>
      <w:r w:rsidR="00FD660E">
        <w:rPr>
          <w:rFonts w:asciiTheme="majorHAnsi" w:hAnsiTheme="majorHAnsi" w:cstheme="majorHAnsi"/>
          <w:bCs/>
          <w:sz w:val="22"/>
          <w:lang w:val="pl-PL"/>
        </w:rPr>
        <w:t>)</w:t>
      </w:r>
    </w:p>
    <w:p w14:paraId="4C189C54" w14:textId="243A4FD3" w:rsidR="00FD660E" w:rsidRPr="00FD660E" w:rsidRDefault="00FD660E" w:rsidP="00FD660E">
      <w:pPr>
        <w:spacing w:before="120" w:after="120"/>
        <w:ind w:left="425" w:hanging="425"/>
        <w:rPr>
          <w:rFonts w:asciiTheme="majorHAnsi" w:hAnsiTheme="majorHAnsi" w:cstheme="majorHAnsi"/>
          <w:bCs/>
          <w:sz w:val="22"/>
          <w:lang w:val="pl-PL"/>
        </w:rPr>
      </w:pPr>
      <w:r w:rsidRPr="00FD660E">
        <w:rPr>
          <w:rFonts w:ascii="Segoe UI Symbol" w:hAnsi="Segoe UI Symbol" w:cs="Segoe UI Symbol"/>
          <w:bCs/>
          <w:sz w:val="22"/>
          <w:lang w:val="pl-PL"/>
        </w:rPr>
        <w:t>☐</w:t>
      </w:r>
      <w:r w:rsidRPr="00FD660E">
        <w:rPr>
          <w:rFonts w:asciiTheme="majorHAnsi" w:hAnsiTheme="majorHAnsi" w:cstheme="majorHAnsi"/>
          <w:bCs/>
          <w:sz w:val="22"/>
          <w:lang w:val="pl-PL"/>
        </w:rPr>
        <w:t xml:space="preserve"> pomoc jest udzielana okresowo</w:t>
      </w:r>
      <w:r>
        <w:rPr>
          <w:rFonts w:asciiTheme="majorHAnsi" w:hAnsiTheme="majorHAnsi" w:cstheme="majorHAnsi"/>
          <w:bCs/>
          <w:sz w:val="22"/>
          <w:lang w:val="pl-PL"/>
        </w:rPr>
        <w:t xml:space="preserve">, </w:t>
      </w:r>
      <w:r w:rsidRPr="00FD660E">
        <w:rPr>
          <w:rFonts w:asciiTheme="majorHAnsi" w:hAnsiTheme="majorHAnsi" w:cstheme="majorHAnsi"/>
          <w:bCs/>
          <w:sz w:val="22"/>
          <w:lang w:val="pl-PL"/>
        </w:rPr>
        <w:t>ale z pewną powtarzalnością</w:t>
      </w:r>
      <w:r>
        <w:rPr>
          <w:rFonts w:asciiTheme="majorHAnsi" w:hAnsiTheme="majorHAnsi" w:cstheme="majorHAnsi"/>
          <w:bCs/>
          <w:sz w:val="22"/>
          <w:lang w:val="pl-PL"/>
        </w:rPr>
        <w:t xml:space="preserve"> (</w:t>
      </w:r>
      <w:r w:rsidRPr="00FD660E">
        <w:rPr>
          <w:rFonts w:asciiTheme="majorHAnsi" w:hAnsiTheme="majorHAnsi" w:cstheme="majorHAnsi"/>
          <w:bCs/>
          <w:sz w:val="22"/>
          <w:lang w:val="pl-PL"/>
        </w:rPr>
        <w:t>1 pkt</w:t>
      </w:r>
      <w:r>
        <w:rPr>
          <w:rFonts w:asciiTheme="majorHAnsi" w:hAnsiTheme="majorHAnsi" w:cstheme="majorHAnsi"/>
          <w:bCs/>
          <w:sz w:val="22"/>
          <w:lang w:val="pl-PL"/>
        </w:rPr>
        <w:t>)</w:t>
      </w:r>
    </w:p>
    <w:p w14:paraId="4B6D7673" w14:textId="49220945" w:rsidR="00FD660E" w:rsidRDefault="00FD660E" w:rsidP="00FD660E">
      <w:pPr>
        <w:spacing w:before="120" w:after="120"/>
        <w:ind w:left="425" w:hanging="425"/>
        <w:rPr>
          <w:rFonts w:asciiTheme="majorHAnsi" w:hAnsiTheme="majorHAnsi" w:cstheme="majorHAnsi"/>
          <w:bCs/>
          <w:sz w:val="22"/>
          <w:lang w:val="pl-PL"/>
        </w:rPr>
      </w:pPr>
      <w:r w:rsidRPr="00FD660E">
        <w:rPr>
          <w:rFonts w:ascii="Segoe UI Symbol" w:hAnsi="Segoe UI Symbol" w:cs="Segoe UI Symbol"/>
          <w:bCs/>
          <w:sz w:val="22"/>
          <w:lang w:val="pl-PL"/>
        </w:rPr>
        <w:t>☐</w:t>
      </w:r>
      <w:r w:rsidRPr="00FD660E">
        <w:rPr>
          <w:rFonts w:asciiTheme="majorHAnsi" w:hAnsiTheme="majorHAnsi" w:cstheme="majorHAnsi"/>
          <w:bCs/>
          <w:sz w:val="22"/>
          <w:lang w:val="pl-PL"/>
        </w:rPr>
        <w:t xml:space="preserve"> pomoc jest udzielana sporadycznie</w:t>
      </w:r>
      <w:r>
        <w:rPr>
          <w:rFonts w:asciiTheme="majorHAnsi" w:hAnsiTheme="majorHAnsi" w:cstheme="majorHAnsi"/>
          <w:bCs/>
          <w:sz w:val="22"/>
          <w:lang w:val="pl-PL"/>
        </w:rPr>
        <w:t xml:space="preserve">, </w:t>
      </w:r>
      <w:r w:rsidRPr="00FD660E">
        <w:rPr>
          <w:rFonts w:asciiTheme="majorHAnsi" w:hAnsiTheme="majorHAnsi" w:cstheme="majorHAnsi"/>
          <w:bCs/>
          <w:sz w:val="22"/>
          <w:lang w:val="pl-PL"/>
        </w:rPr>
        <w:t xml:space="preserve">bez stałej regularności </w:t>
      </w:r>
      <w:r>
        <w:rPr>
          <w:rFonts w:asciiTheme="majorHAnsi" w:hAnsiTheme="majorHAnsi" w:cstheme="majorHAnsi"/>
          <w:bCs/>
          <w:sz w:val="22"/>
          <w:lang w:val="pl-PL"/>
        </w:rPr>
        <w:t>(</w:t>
      </w:r>
      <w:r w:rsidRPr="00FD660E">
        <w:rPr>
          <w:rFonts w:asciiTheme="majorHAnsi" w:hAnsiTheme="majorHAnsi" w:cstheme="majorHAnsi"/>
          <w:bCs/>
          <w:sz w:val="22"/>
          <w:lang w:val="pl-PL"/>
        </w:rPr>
        <w:t>2 pkt</w:t>
      </w:r>
      <w:r>
        <w:rPr>
          <w:rFonts w:asciiTheme="majorHAnsi" w:hAnsiTheme="majorHAnsi" w:cstheme="majorHAnsi"/>
          <w:bCs/>
          <w:sz w:val="22"/>
          <w:lang w:val="pl-PL"/>
        </w:rPr>
        <w:t>)</w:t>
      </w:r>
    </w:p>
    <w:p w14:paraId="64895752" w14:textId="2AE6B2B0" w:rsidR="00EF3F0E" w:rsidRPr="000516A1" w:rsidRDefault="00EF3F0E" w:rsidP="002C4A33">
      <w:pPr>
        <w:spacing w:before="240"/>
        <w:rPr>
          <w:rFonts w:asciiTheme="majorHAnsi" w:hAnsiTheme="majorHAnsi" w:cstheme="majorHAnsi"/>
          <w:sz w:val="22"/>
          <w:lang w:val="pl-PL"/>
        </w:rPr>
      </w:pPr>
      <w:proofErr w:type="gramStart"/>
      <w:r w:rsidRPr="000516A1">
        <w:rPr>
          <w:rFonts w:asciiTheme="majorHAnsi" w:hAnsiTheme="majorHAnsi" w:cstheme="majorHAnsi"/>
          <w:bCs/>
          <w:sz w:val="22"/>
          <w:lang w:val="pl-PL"/>
        </w:rPr>
        <w:t>Uzasadnienie: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…</w:t>
      </w:r>
      <w:proofErr w:type="gramEnd"/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</w:t>
      </w:r>
      <w:proofErr w:type="gramStart"/>
      <w:r w:rsidRPr="000516A1">
        <w:rPr>
          <w:rFonts w:asciiTheme="majorHAnsi" w:eastAsiaTheme="minorHAnsi" w:hAnsiTheme="majorHAnsi" w:cstheme="majorHAnsi"/>
          <w:sz w:val="22"/>
          <w:lang w:val="pl-PL"/>
        </w:rPr>
        <w:t>……..….</w:t>
      </w:r>
      <w:proofErr w:type="gramEnd"/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</w:t>
      </w:r>
      <w:proofErr w:type="gramStart"/>
      <w:r w:rsidRPr="000516A1">
        <w:rPr>
          <w:rFonts w:asciiTheme="majorHAnsi" w:eastAsiaTheme="minorHAnsi" w:hAnsiTheme="majorHAnsi" w:cstheme="majorHAnsi"/>
          <w:sz w:val="22"/>
          <w:lang w:val="pl-PL"/>
        </w:rPr>
        <w:t>…….</w:t>
      </w:r>
      <w:proofErr w:type="gramEnd"/>
      <w:r w:rsidRPr="000516A1">
        <w:rPr>
          <w:rFonts w:asciiTheme="majorHAnsi" w:eastAsiaTheme="minorHAnsi" w:hAnsiTheme="majorHAnsi" w:cstheme="majorHAnsi"/>
          <w:sz w:val="22"/>
          <w:lang w:val="pl-PL"/>
        </w:rPr>
        <w:t>.…………………………………………………………………………………………………………………………………………………………………………………</w:t>
      </w:r>
    </w:p>
    <w:p w14:paraId="403C0975" w14:textId="77777777" w:rsidR="00951D73" w:rsidRPr="00166654" w:rsidRDefault="00951D73" w:rsidP="00912F58">
      <w:pPr>
        <w:spacing w:before="240" w:after="120"/>
        <w:rPr>
          <w:rFonts w:asciiTheme="majorHAnsi" w:hAnsiTheme="majorHAnsi" w:cstheme="majorHAnsi"/>
          <w:bCs/>
          <w:sz w:val="22"/>
          <w:lang w:val="pl-PL"/>
        </w:rPr>
      </w:pPr>
      <w:r w:rsidRPr="00166654">
        <w:rPr>
          <w:rFonts w:asciiTheme="majorHAnsi" w:hAnsiTheme="majorHAnsi" w:cstheme="majorHAnsi"/>
          <w:bCs/>
          <w:sz w:val="22"/>
          <w:lang w:val="pl-PL"/>
        </w:rPr>
        <w:t>3. Czy osoba wnioskująca może uzyskać pomoc w czasie, w którym jej potrzebuje?</w:t>
      </w:r>
    </w:p>
    <w:p w14:paraId="6F01FD73" w14:textId="415EF834" w:rsidR="00951D73" w:rsidRPr="00166654" w:rsidRDefault="00951D73" w:rsidP="00912F58">
      <w:pPr>
        <w:spacing w:before="120" w:after="120"/>
        <w:rPr>
          <w:rFonts w:asciiTheme="majorHAnsi" w:hAnsiTheme="majorHAnsi" w:cstheme="majorHAnsi"/>
          <w:bCs/>
          <w:sz w:val="22"/>
          <w:lang w:val="pl-PL"/>
        </w:rPr>
      </w:pPr>
      <w:r w:rsidRPr="00166654">
        <w:rPr>
          <w:rFonts w:ascii="Segoe UI Symbol" w:hAnsi="Segoe UI Symbol" w:cs="Segoe UI Symbol"/>
          <w:bCs/>
          <w:sz w:val="22"/>
          <w:lang w:val="pl-PL"/>
        </w:rPr>
        <w:t>☐</w:t>
      </w:r>
      <w:r w:rsidRPr="00166654">
        <w:rPr>
          <w:rFonts w:asciiTheme="majorHAnsi" w:hAnsiTheme="majorHAnsi" w:cstheme="majorHAnsi"/>
          <w:bCs/>
          <w:sz w:val="22"/>
          <w:lang w:val="pl-PL"/>
        </w:rPr>
        <w:t xml:space="preserve"> pomoc jest zazwyczaj dostępna </w:t>
      </w:r>
      <w:r w:rsidR="00BF7F15" w:rsidRPr="00BF7F15">
        <w:rPr>
          <w:rFonts w:asciiTheme="majorHAnsi" w:hAnsiTheme="majorHAnsi" w:cstheme="majorHAnsi"/>
          <w:bCs/>
          <w:sz w:val="22"/>
          <w:lang w:val="pl-PL"/>
        </w:rPr>
        <w:t>w czasie, w którym jest potrzebna</w:t>
      </w:r>
      <w:r w:rsidR="00BF7F15" w:rsidRPr="003D52E0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="00166654" w:rsidRPr="00166654">
        <w:rPr>
          <w:rFonts w:asciiTheme="majorHAnsi" w:hAnsiTheme="majorHAnsi" w:cstheme="majorHAnsi"/>
          <w:bCs/>
          <w:sz w:val="22"/>
          <w:lang w:val="pl-PL"/>
        </w:rPr>
        <w:t>(</w:t>
      </w:r>
      <w:r w:rsidRPr="00166654">
        <w:rPr>
          <w:rFonts w:asciiTheme="majorHAnsi" w:hAnsiTheme="majorHAnsi" w:cstheme="majorHAnsi"/>
          <w:bCs/>
          <w:sz w:val="22"/>
          <w:lang w:val="pl-PL"/>
        </w:rPr>
        <w:t>0 pkt</w:t>
      </w:r>
      <w:r w:rsidR="00166654" w:rsidRPr="00166654">
        <w:rPr>
          <w:rFonts w:asciiTheme="majorHAnsi" w:hAnsiTheme="majorHAnsi" w:cstheme="majorHAnsi"/>
          <w:bCs/>
          <w:sz w:val="22"/>
          <w:lang w:val="pl-PL"/>
        </w:rPr>
        <w:t>)</w:t>
      </w:r>
    </w:p>
    <w:p w14:paraId="55038609" w14:textId="5B176977" w:rsidR="00951D73" w:rsidRPr="00166654" w:rsidRDefault="00951D73" w:rsidP="00912F58">
      <w:pPr>
        <w:spacing w:before="120" w:after="120"/>
        <w:rPr>
          <w:rFonts w:asciiTheme="majorHAnsi" w:hAnsiTheme="majorHAnsi" w:cstheme="majorHAnsi"/>
          <w:bCs/>
          <w:sz w:val="22"/>
          <w:lang w:val="pl-PL"/>
        </w:rPr>
      </w:pPr>
      <w:r w:rsidRPr="00166654">
        <w:rPr>
          <w:rFonts w:ascii="Segoe UI Symbol" w:hAnsi="Segoe UI Symbol" w:cs="Segoe UI Symbol"/>
          <w:bCs/>
          <w:sz w:val="22"/>
          <w:lang w:val="pl-PL"/>
        </w:rPr>
        <w:t>☐</w:t>
      </w:r>
      <w:r w:rsidRPr="00166654">
        <w:rPr>
          <w:rFonts w:asciiTheme="majorHAnsi" w:hAnsiTheme="majorHAnsi" w:cstheme="majorHAnsi"/>
          <w:bCs/>
          <w:sz w:val="22"/>
          <w:lang w:val="pl-PL"/>
        </w:rPr>
        <w:t xml:space="preserve"> pomoc jest dostępna </w:t>
      </w:r>
      <w:r w:rsidR="00BF7F15" w:rsidRPr="00BF7F15">
        <w:rPr>
          <w:rFonts w:asciiTheme="majorHAnsi" w:hAnsiTheme="majorHAnsi" w:cstheme="majorHAnsi"/>
          <w:bCs/>
          <w:sz w:val="22"/>
          <w:lang w:val="pl-PL"/>
        </w:rPr>
        <w:t>tylko w określonych dniach, godzinach lub sytuacjach</w:t>
      </w:r>
      <w:r w:rsidR="00BF7F15" w:rsidRPr="003D52E0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="00166654" w:rsidRPr="00166654">
        <w:rPr>
          <w:rFonts w:asciiTheme="majorHAnsi" w:hAnsiTheme="majorHAnsi" w:cstheme="majorHAnsi"/>
          <w:bCs/>
          <w:sz w:val="22"/>
          <w:lang w:val="pl-PL"/>
        </w:rPr>
        <w:t>(</w:t>
      </w:r>
      <w:r w:rsidRPr="00166654">
        <w:rPr>
          <w:rFonts w:asciiTheme="majorHAnsi" w:hAnsiTheme="majorHAnsi" w:cstheme="majorHAnsi"/>
          <w:bCs/>
          <w:sz w:val="22"/>
          <w:lang w:val="pl-PL"/>
        </w:rPr>
        <w:t>1 pkt</w:t>
      </w:r>
      <w:r w:rsidR="00166654" w:rsidRPr="00166654">
        <w:rPr>
          <w:rFonts w:asciiTheme="majorHAnsi" w:hAnsiTheme="majorHAnsi" w:cstheme="majorHAnsi"/>
          <w:bCs/>
          <w:sz w:val="22"/>
          <w:lang w:val="pl-PL"/>
        </w:rPr>
        <w:t>)</w:t>
      </w:r>
    </w:p>
    <w:p w14:paraId="4ECC2DFE" w14:textId="1EDD2313" w:rsidR="00951D73" w:rsidRPr="00166654" w:rsidRDefault="00951D73" w:rsidP="00912F58">
      <w:pPr>
        <w:spacing w:before="120" w:after="120"/>
        <w:rPr>
          <w:rFonts w:asciiTheme="majorHAnsi" w:hAnsiTheme="majorHAnsi" w:cstheme="majorHAnsi"/>
          <w:bCs/>
          <w:sz w:val="22"/>
          <w:lang w:val="pl-PL"/>
        </w:rPr>
      </w:pPr>
      <w:r w:rsidRPr="00166654">
        <w:rPr>
          <w:rFonts w:ascii="Segoe UI Symbol" w:hAnsi="Segoe UI Symbol" w:cs="Segoe UI Symbol"/>
          <w:bCs/>
          <w:sz w:val="22"/>
          <w:lang w:val="pl-PL"/>
        </w:rPr>
        <w:t>☐</w:t>
      </w:r>
      <w:r w:rsidRPr="00166654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="00FD660E" w:rsidRPr="00FD660E">
        <w:rPr>
          <w:rFonts w:asciiTheme="majorHAnsi" w:hAnsiTheme="majorHAnsi" w:cstheme="majorHAnsi"/>
          <w:bCs/>
          <w:sz w:val="22"/>
          <w:lang w:val="pl-PL"/>
        </w:rPr>
        <w:t>pomoc zazwyczaj nie jest dostępna w czasie, w którym jest potrzebna</w:t>
      </w:r>
      <w:r w:rsidR="00FD660E" w:rsidRPr="003D52E0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="00166654" w:rsidRPr="00166654">
        <w:rPr>
          <w:rFonts w:asciiTheme="majorHAnsi" w:hAnsiTheme="majorHAnsi" w:cstheme="majorHAnsi"/>
          <w:bCs/>
          <w:sz w:val="22"/>
          <w:lang w:val="pl-PL"/>
        </w:rPr>
        <w:t>(</w:t>
      </w:r>
      <w:r w:rsidRPr="00166654">
        <w:rPr>
          <w:rFonts w:asciiTheme="majorHAnsi" w:hAnsiTheme="majorHAnsi" w:cstheme="majorHAnsi"/>
          <w:bCs/>
          <w:sz w:val="22"/>
          <w:lang w:val="pl-PL"/>
        </w:rPr>
        <w:t>2 pkt</w:t>
      </w:r>
      <w:r w:rsidR="00166654" w:rsidRPr="00166654">
        <w:rPr>
          <w:rFonts w:asciiTheme="majorHAnsi" w:hAnsiTheme="majorHAnsi" w:cstheme="majorHAnsi"/>
          <w:bCs/>
          <w:sz w:val="22"/>
          <w:lang w:val="pl-PL"/>
        </w:rPr>
        <w:t>)</w:t>
      </w:r>
    </w:p>
    <w:p w14:paraId="5578C37B" w14:textId="77777777" w:rsidR="00951D73" w:rsidRPr="00166654" w:rsidRDefault="00951D73" w:rsidP="00951D73">
      <w:pPr>
        <w:spacing w:before="240"/>
        <w:rPr>
          <w:rFonts w:asciiTheme="majorHAnsi" w:hAnsiTheme="majorHAnsi" w:cstheme="majorHAnsi"/>
          <w:sz w:val="22"/>
          <w:lang w:val="pl-PL"/>
        </w:rPr>
      </w:pPr>
      <w:proofErr w:type="gramStart"/>
      <w:r w:rsidRPr="00166654">
        <w:rPr>
          <w:rFonts w:asciiTheme="majorHAnsi" w:hAnsiTheme="majorHAnsi" w:cstheme="majorHAnsi"/>
          <w:bCs/>
          <w:sz w:val="22"/>
          <w:lang w:val="pl-PL"/>
        </w:rPr>
        <w:t>Uzasadnienie:</w:t>
      </w:r>
      <w:r w:rsidRPr="00166654">
        <w:rPr>
          <w:rFonts w:asciiTheme="majorHAnsi" w:eastAsiaTheme="minorHAnsi" w:hAnsiTheme="majorHAnsi" w:cstheme="majorHAnsi"/>
          <w:sz w:val="22"/>
          <w:lang w:val="pl-PL"/>
        </w:rPr>
        <w:t>…</w:t>
      </w:r>
      <w:proofErr w:type="gramEnd"/>
      <w:r w:rsidRPr="00166654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</w:t>
      </w:r>
      <w:proofErr w:type="gramStart"/>
      <w:r w:rsidRPr="00166654">
        <w:rPr>
          <w:rFonts w:asciiTheme="majorHAnsi" w:eastAsiaTheme="minorHAnsi" w:hAnsiTheme="majorHAnsi" w:cstheme="majorHAnsi"/>
          <w:sz w:val="22"/>
          <w:lang w:val="pl-PL"/>
        </w:rPr>
        <w:t>……..….</w:t>
      </w:r>
      <w:proofErr w:type="gramEnd"/>
      <w:r w:rsidRPr="00166654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</w:t>
      </w:r>
      <w:proofErr w:type="gramStart"/>
      <w:r w:rsidRPr="00166654">
        <w:rPr>
          <w:rFonts w:asciiTheme="majorHAnsi" w:eastAsiaTheme="minorHAnsi" w:hAnsiTheme="majorHAnsi" w:cstheme="majorHAnsi"/>
          <w:sz w:val="22"/>
          <w:lang w:val="pl-PL"/>
        </w:rPr>
        <w:t>…….</w:t>
      </w:r>
      <w:proofErr w:type="gramEnd"/>
      <w:r w:rsidRPr="00166654">
        <w:rPr>
          <w:rFonts w:asciiTheme="majorHAnsi" w:eastAsiaTheme="minorHAnsi" w:hAnsiTheme="majorHAnsi" w:cstheme="majorHAnsi"/>
          <w:sz w:val="22"/>
          <w:lang w:val="pl-PL"/>
        </w:rPr>
        <w:t>.…………………………………………………………………………………………………………………………………………………………………………………</w:t>
      </w:r>
    </w:p>
    <w:p w14:paraId="653F899D" w14:textId="07E66FE0" w:rsidR="00166654" w:rsidRPr="00912F58" w:rsidRDefault="00166654" w:rsidP="00166654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r w:rsidRPr="00912F58">
        <w:rPr>
          <w:rFonts w:asciiTheme="majorHAnsi" w:eastAsiaTheme="minorHAnsi" w:hAnsiTheme="majorHAnsi" w:cstheme="majorHAnsi"/>
          <w:sz w:val="22"/>
          <w:lang w:val="pl-PL"/>
        </w:rPr>
        <w:t>4. W jakim stopniu otrzymywana pomoc odpowiada potrzebom osoby wnioskującej?</w:t>
      </w:r>
    </w:p>
    <w:p w14:paraId="7BB85387" w14:textId="0610E6A1" w:rsidR="00166654" w:rsidRPr="00912F58" w:rsidRDefault="00166654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3D52E0">
        <w:rPr>
          <w:rFonts w:ascii="Segoe UI Symbol" w:eastAsiaTheme="minorHAnsi" w:hAnsi="Segoe UI Symbol" w:cs="Segoe UI Symbol"/>
          <w:sz w:val="22"/>
          <w:lang w:val="pl-PL"/>
        </w:rPr>
        <w:t>☐</w:t>
      </w:r>
      <w:r w:rsidRPr="00912F58">
        <w:rPr>
          <w:rFonts w:asciiTheme="majorHAnsi" w:eastAsiaTheme="minorHAnsi" w:hAnsiTheme="majorHAnsi" w:cstheme="majorHAnsi"/>
          <w:sz w:val="22"/>
          <w:lang w:val="pl-PL"/>
        </w:rPr>
        <w:t xml:space="preserve"> otrzymywana pomoc odpowiada większości potrzeb osoby</w:t>
      </w:r>
      <w:r w:rsidRPr="00166654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Pr="005C4CD1">
        <w:rPr>
          <w:rFonts w:asciiTheme="majorHAnsi" w:eastAsiaTheme="minorHAnsi" w:hAnsiTheme="majorHAnsi" w:cstheme="majorHAnsi"/>
          <w:sz w:val="22"/>
          <w:lang w:val="pl-PL"/>
        </w:rPr>
        <w:t>wnioskującej</w:t>
      </w:r>
      <w:r w:rsidRPr="00912F58">
        <w:rPr>
          <w:rFonts w:asciiTheme="majorHAnsi" w:eastAsiaTheme="minorHAnsi" w:hAnsiTheme="majorHAnsi" w:cstheme="majorHAnsi"/>
          <w:sz w:val="22"/>
          <w:lang w:val="pl-PL"/>
        </w:rPr>
        <w:t xml:space="preserve"> (0 pkt)</w:t>
      </w:r>
    </w:p>
    <w:p w14:paraId="086139DD" w14:textId="2C35DCB0" w:rsidR="00166654" w:rsidRPr="00912F58" w:rsidRDefault="00166654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3D52E0">
        <w:rPr>
          <w:rFonts w:ascii="Segoe UI Symbol" w:eastAsiaTheme="minorHAnsi" w:hAnsi="Segoe UI Symbol" w:cs="Segoe UI Symbol"/>
          <w:sz w:val="22"/>
          <w:lang w:val="pl-PL"/>
        </w:rPr>
        <w:t>☐</w:t>
      </w:r>
      <w:r w:rsidRPr="00912F58">
        <w:rPr>
          <w:rFonts w:asciiTheme="majorHAnsi" w:eastAsiaTheme="minorHAnsi" w:hAnsiTheme="majorHAnsi" w:cstheme="majorHAnsi"/>
          <w:sz w:val="22"/>
          <w:lang w:val="pl-PL"/>
        </w:rPr>
        <w:t xml:space="preserve"> otrzymywana pomoc odpowiada części potrzeb osoby </w:t>
      </w:r>
      <w:r w:rsidRPr="005C4CD1">
        <w:rPr>
          <w:rFonts w:asciiTheme="majorHAnsi" w:eastAsiaTheme="minorHAnsi" w:hAnsiTheme="majorHAnsi" w:cstheme="majorHAnsi"/>
          <w:sz w:val="22"/>
          <w:lang w:val="pl-PL"/>
        </w:rPr>
        <w:t>wnioskującej</w:t>
      </w:r>
      <w:r w:rsidRPr="003D52E0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>
        <w:rPr>
          <w:rFonts w:asciiTheme="majorHAnsi" w:eastAsiaTheme="minorHAnsi" w:hAnsiTheme="majorHAnsi" w:cstheme="majorHAnsi"/>
          <w:sz w:val="22"/>
          <w:lang w:val="pl-PL"/>
        </w:rPr>
        <w:t>(</w:t>
      </w:r>
      <w:r w:rsidRPr="00912F58">
        <w:rPr>
          <w:rFonts w:asciiTheme="majorHAnsi" w:eastAsiaTheme="minorHAnsi" w:hAnsiTheme="majorHAnsi" w:cstheme="majorHAnsi"/>
          <w:sz w:val="22"/>
          <w:lang w:val="pl-PL"/>
        </w:rPr>
        <w:t>1 pkt</w:t>
      </w:r>
      <w:r>
        <w:rPr>
          <w:rFonts w:asciiTheme="majorHAnsi" w:eastAsiaTheme="minorHAnsi" w:hAnsiTheme="majorHAnsi" w:cstheme="majorHAnsi"/>
          <w:sz w:val="22"/>
          <w:lang w:val="pl-PL"/>
        </w:rPr>
        <w:t>)</w:t>
      </w:r>
    </w:p>
    <w:p w14:paraId="65631167" w14:textId="1ED24D8E" w:rsidR="00D03A5E" w:rsidRPr="00166654" w:rsidRDefault="00166654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3D52E0">
        <w:rPr>
          <w:rFonts w:ascii="Segoe UI Symbol" w:eastAsiaTheme="minorHAnsi" w:hAnsi="Segoe UI Symbol" w:cs="Segoe UI Symbol"/>
          <w:sz w:val="22"/>
          <w:lang w:val="pl-PL"/>
        </w:rPr>
        <w:t>☐</w:t>
      </w:r>
      <w:r w:rsidRPr="00912F58">
        <w:rPr>
          <w:rFonts w:asciiTheme="majorHAnsi" w:eastAsiaTheme="minorHAnsi" w:hAnsiTheme="majorHAnsi" w:cstheme="majorHAnsi"/>
          <w:sz w:val="22"/>
          <w:lang w:val="pl-PL"/>
        </w:rPr>
        <w:t xml:space="preserve"> otrzymywana pomoc </w:t>
      </w:r>
      <w:r w:rsidR="00BF7F15" w:rsidRPr="00BF7F15">
        <w:rPr>
          <w:rFonts w:asciiTheme="majorHAnsi" w:eastAsiaTheme="minorHAnsi" w:hAnsiTheme="majorHAnsi" w:cstheme="majorHAnsi"/>
          <w:sz w:val="22"/>
          <w:lang w:val="pl-PL"/>
        </w:rPr>
        <w:t xml:space="preserve">odpowiada jedynie niewielkiej części potrzeb osoby wnioskującej </w:t>
      </w:r>
      <w:r>
        <w:rPr>
          <w:rFonts w:asciiTheme="majorHAnsi" w:eastAsiaTheme="minorHAnsi" w:hAnsiTheme="majorHAnsi" w:cstheme="majorHAnsi"/>
          <w:sz w:val="22"/>
          <w:lang w:val="pl-PL"/>
        </w:rPr>
        <w:t>(</w:t>
      </w:r>
      <w:r w:rsidRPr="00912F58">
        <w:rPr>
          <w:rFonts w:asciiTheme="majorHAnsi" w:eastAsiaTheme="minorHAnsi" w:hAnsiTheme="majorHAnsi" w:cstheme="majorHAnsi"/>
          <w:sz w:val="22"/>
          <w:lang w:val="pl-PL"/>
        </w:rPr>
        <w:t>2 pkt</w:t>
      </w:r>
      <w:r>
        <w:rPr>
          <w:rFonts w:asciiTheme="majorHAnsi" w:eastAsiaTheme="minorHAnsi" w:hAnsiTheme="majorHAnsi" w:cstheme="majorHAnsi"/>
          <w:sz w:val="22"/>
          <w:lang w:val="pl-PL"/>
        </w:rPr>
        <w:t>)</w:t>
      </w:r>
    </w:p>
    <w:p w14:paraId="1C8EE63C" w14:textId="7ABFBF36" w:rsidR="00F27C14" w:rsidRPr="00166654" w:rsidRDefault="00166654" w:rsidP="00EF3F0E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r w:rsidRPr="00166654">
        <w:rPr>
          <w:rFonts w:asciiTheme="majorHAnsi" w:eastAsiaTheme="minorHAnsi" w:hAnsiTheme="majorHAnsi" w:cstheme="majorHAnsi"/>
          <w:sz w:val="22"/>
          <w:lang w:val="pl-PL"/>
        </w:rPr>
        <w:t>Łączna liczba punktów uzyskanych w części V:</w:t>
      </w:r>
      <w:r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F27C14" w:rsidRPr="00166654">
        <w:rPr>
          <w:rFonts w:asciiTheme="majorHAnsi" w:eastAsiaTheme="minorHAnsi" w:hAnsiTheme="majorHAnsi" w:cstheme="majorHAnsi"/>
          <w:sz w:val="22"/>
          <w:lang w:val="pl-PL"/>
        </w:rPr>
        <w:t>…</w:t>
      </w:r>
      <w:proofErr w:type="gramStart"/>
      <w:r w:rsidR="00F27C14" w:rsidRPr="00166654">
        <w:rPr>
          <w:rFonts w:asciiTheme="majorHAnsi" w:eastAsiaTheme="minorHAnsi" w:hAnsiTheme="majorHAnsi" w:cstheme="majorHAnsi"/>
          <w:sz w:val="22"/>
          <w:lang w:val="pl-PL"/>
        </w:rPr>
        <w:t>…….</w:t>
      </w:r>
      <w:proofErr w:type="gramEnd"/>
      <w:r w:rsidR="003F1EE2" w:rsidRPr="003D52E0">
        <w:rPr>
          <w:rFonts w:asciiTheme="majorHAnsi" w:eastAsiaTheme="minorHAnsi" w:hAnsiTheme="majorHAnsi" w:cstheme="majorHAnsi"/>
          <w:sz w:val="22"/>
          <w:lang w:val="pl-PL"/>
        </w:rPr>
        <w:t>/</w:t>
      </w:r>
      <w:r>
        <w:rPr>
          <w:rFonts w:asciiTheme="majorHAnsi" w:eastAsiaTheme="minorHAnsi" w:hAnsiTheme="majorHAnsi" w:cstheme="majorHAnsi"/>
          <w:sz w:val="22"/>
          <w:lang w:val="pl-PL"/>
        </w:rPr>
        <w:t>6</w:t>
      </w:r>
      <w:r w:rsidRPr="003D52E0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F27C14" w:rsidRPr="00166654">
        <w:rPr>
          <w:rFonts w:asciiTheme="majorHAnsi" w:eastAsiaTheme="minorHAnsi" w:hAnsiTheme="majorHAnsi" w:cstheme="majorHAnsi"/>
          <w:sz w:val="22"/>
          <w:lang w:val="pl-PL"/>
        </w:rPr>
        <w:t xml:space="preserve">pkt. </w:t>
      </w:r>
    </w:p>
    <w:p w14:paraId="28F3D267" w14:textId="77777777" w:rsidR="00802740" w:rsidRDefault="00802740" w:rsidP="00912F58">
      <w:pPr>
        <w:spacing w:before="240" w:after="120"/>
        <w:rPr>
          <w:rFonts w:asciiTheme="majorHAnsi" w:hAnsiTheme="majorHAnsi" w:cstheme="majorHAnsi"/>
          <w:b/>
          <w:sz w:val="24"/>
          <w:szCs w:val="24"/>
          <w:lang w:val="pl-PL"/>
        </w:rPr>
      </w:pPr>
    </w:p>
    <w:p w14:paraId="7BE43CB8" w14:textId="77777777" w:rsidR="00802740" w:rsidRDefault="00802740" w:rsidP="00912F58">
      <w:pPr>
        <w:spacing w:before="240" w:after="120"/>
        <w:rPr>
          <w:rFonts w:asciiTheme="majorHAnsi" w:hAnsiTheme="majorHAnsi" w:cstheme="majorHAnsi"/>
          <w:b/>
          <w:sz w:val="24"/>
          <w:szCs w:val="24"/>
          <w:lang w:val="pl-PL"/>
        </w:rPr>
      </w:pPr>
    </w:p>
    <w:p w14:paraId="2CEFBCBA" w14:textId="2CDB80AD" w:rsidR="00F85714" w:rsidRPr="00166654" w:rsidRDefault="00F85714" w:rsidP="00912F58">
      <w:pPr>
        <w:spacing w:before="24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166654">
        <w:rPr>
          <w:rFonts w:asciiTheme="majorHAnsi" w:hAnsiTheme="majorHAnsi" w:cstheme="majorHAnsi"/>
          <w:b/>
          <w:sz w:val="24"/>
          <w:szCs w:val="24"/>
          <w:lang w:val="pl-PL"/>
        </w:rPr>
        <w:lastRenderedPageBreak/>
        <w:t>VI. WYNIKI OCENY:</w:t>
      </w:r>
    </w:p>
    <w:p w14:paraId="62AFE1C6" w14:textId="02F55174" w:rsidR="00F85714" w:rsidRPr="00166654" w:rsidRDefault="00166654" w:rsidP="00F85714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r w:rsidRPr="00166654">
        <w:rPr>
          <w:rFonts w:asciiTheme="majorHAnsi" w:eastAsiaTheme="minorHAnsi" w:hAnsiTheme="majorHAnsi" w:cstheme="majorHAnsi"/>
          <w:sz w:val="22"/>
          <w:lang w:val="pl-PL"/>
        </w:rPr>
        <w:t xml:space="preserve">Łączna liczba punktów uzyskanych w części </w:t>
      </w:r>
      <w:r w:rsidR="00F85714" w:rsidRPr="00166654">
        <w:rPr>
          <w:rFonts w:asciiTheme="majorHAnsi" w:eastAsiaTheme="minorHAnsi" w:hAnsiTheme="majorHAnsi" w:cstheme="majorHAnsi"/>
          <w:sz w:val="22"/>
          <w:lang w:val="pl-PL"/>
        </w:rPr>
        <w:t>III, IV i V: …</w:t>
      </w:r>
      <w:proofErr w:type="gramStart"/>
      <w:r w:rsidR="00F85714" w:rsidRPr="00166654">
        <w:rPr>
          <w:rFonts w:asciiTheme="majorHAnsi" w:eastAsiaTheme="minorHAnsi" w:hAnsiTheme="majorHAnsi" w:cstheme="majorHAnsi"/>
          <w:sz w:val="22"/>
          <w:lang w:val="pl-PL"/>
        </w:rPr>
        <w:t>…….</w:t>
      </w:r>
      <w:proofErr w:type="gramEnd"/>
      <w:r w:rsidR="00117C96" w:rsidRPr="00166654">
        <w:rPr>
          <w:rFonts w:asciiTheme="majorHAnsi" w:eastAsiaTheme="minorHAnsi" w:hAnsiTheme="majorHAnsi" w:cstheme="majorHAnsi"/>
          <w:sz w:val="22"/>
          <w:lang w:val="pl-PL"/>
        </w:rPr>
        <w:t>/2</w:t>
      </w:r>
      <w:r>
        <w:rPr>
          <w:rFonts w:asciiTheme="majorHAnsi" w:eastAsiaTheme="minorHAnsi" w:hAnsiTheme="majorHAnsi" w:cstheme="majorHAnsi"/>
          <w:sz w:val="22"/>
          <w:lang w:val="pl-PL"/>
        </w:rPr>
        <w:t>4</w:t>
      </w:r>
      <w:r w:rsidR="00F85714" w:rsidRPr="00166654">
        <w:rPr>
          <w:rFonts w:asciiTheme="majorHAnsi" w:eastAsiaTheme="minorHAnsi" w:hAnsiTheme="majorHAnsi" w:cstheme="majorHAnsi"/>
          <w:sz w:val="22"/>
          <w:lang w:val="pl-PL"/>
        </w:rPr>
        <w:t xml:space="preserve"> pkt. </w:t>
      </w:r>
    </w:p>
    <w:p w14:paraId="0427FB00" w14:textId="1842858B" w:rsidR="00F85714" w:rsidRPr="000516A1" w:rsidRDefault="00DE7B42" w:rsidP="00802740">
      <w:pPr>
        <w:spacing w:before="240" w:after="0"/>
        <w:rPr>
          <w:rFonts w:asciiTheme="majorHAnsi" w:hAnsiTheme="majorHAnsi" w:cstheme="majorHAnsi"/>
          <w:bCs/>
          <w:sz w:val="22"/>
          <w:lang w:val="pl-PL"/>
        </w:rPr>
      </w:pPr>
      <w:r w:rsidRPr="00DE7B42">
        <w:rPr>
          <w:rFonts w:asciiTheme="majorHAnsi" w:hAnsiTheme="majorHAnsi" w:cstheme="majorHAnsi"/>
          <w:bCs/>
          <w:sz w:val="22"/>
          <w:lang w:val="pl-PL"/>
        </w:rPr>
        <w:t>Podsumowanie i uzasadnienie wyniku oceny</w:t>
      </w:r>
      <w:r w:rsidR="00F85714" w:rsidRPr="000516A1">
        <w:rPr>
          <w:rFonts w:asciiTheme="majorHAnsi" w:hAnsiTheme="majorHAnsi" w:cstheme="majorHAnsi"/>
          <w:bCs/>
          <w:sz w:val="22"/>
          <w:lang w:val="pl-PL"/>
        </w:rPr>
        <w:t>:</w:t>
      </w:r>
    </w:p>
    <w:p w14:paraId="2139BF38" w14:textId="6280E6F5" w:rsidR="00F85714" w:rsidRPr="000516A1" w:rsidRDefault="00F85714" w:rsidP="00802740">
      <w:pPr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5851F71" w14:textId="383DEB71" w:rsidR="00F85714" w:rsidRDefault="00F85714" w:rsidP="002C4A33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3A7E1B27" w14:textId="366B49AE" w:rsidR="005965C9" w:rsidRDefault="005965C9" w:rsidP="002C4A33">
      <w:pPr>
        <w:rPr>
          <w:rFonts w:asciiTheme="majorHAnsi" w:eastAsiaTheme="minorHAnsi" w:hAnsiTheme="majorHAnsi" w:cstheme="majorHAnsi"/>
          <w:sz w:val="22"/>
          <w:lang w:val="pl-PL"/>
        </w:rPr>
      </w:pPr>
      <w:r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………………………………………………………………………………………………………………………………………………………………………………..</w:t>
      </w:r>
    </w:p>
    <w:p w14:paraId="4CF66E87" w14:textId="044B0C11" w:rsidR="005965C9" w:rsidRDefault="005965C9" w:rsidP="002C4A33">
      <w:pPr>
        <w:rPr>
          <w:rFonts w:asciiTheme="majorHAnsi" w:eastAsiaTheme="minorHAnsi" w:hAnsiTheme="majorHAnsi" w:cstheme="majorHAnsi"/>
          <w:sz w:val="22"/>
          <w:lang w:val="pl-PL"/>
        </w:rPr>
      </w:pPr>
      <w:r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………………………………………………………………………………………………………………………………………………………………………………..</w:t>
      </w:r>
    </w:p>
    <w:p w14:paraId="4E1AA4B8" w14:textId="09737CA0" w:rsidR="005965C9" w:rsidRDefault="005965C9" w:rsidP="002C4A33">
      <w:pPr>
        <w:rPr>
          <w:rFonts w:asciiTheme="majorHAnsi" w:eastAsiaTheme="minorHAnsi" w:hAnsiTheme="majorHAnsi" w:cstheme="majorHAnsi"/>
          <w:sz w:val="22"/>
          <w:lang w:val="pl-PL"/>
        </w:rPr>
      </w:pPr>
      <w:r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………………………………………………………………………………………………………………………………………………………………………………..</w:t>
      </w:r>
    </w:p>
    <w:p w14:paraId="2E80B9D4" w14:textId="2172489B" w:rsidR="005965C9" w:rsidRDefault="005965C9" w:rsidP="002C4A33">
      <w:pPr>
        <w:rPr>
          <w:rFonts w:asciiTheme="majorHAnsi" w:eastAsiaTheme="minorHAnsi" w:hAnsiTheme="majorHAnsi" w:cstheme="majorHAnsi"/>
          <w:sz w:val="22"/>
          <w:lang w:val="pl-PL"/>
        </w:rPr>
      </w:pPr>
      <w:r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………………………………………………………………………………………………………………………………………………………………………………..</w:t>
      </w:r>
    </w:p>
    <w:p w14:paraId="3858182F" w14:textId="16523C4F" w:rsidR="005965C9" w:rsidRDefault="005965C9" w:rsidP="002C4A33">
      <w:pPr>
        <w:rPr>
          <w:rFonts w:asciiTheme="majorHAnsi" w:eastAsiaTheme="minorHAnsi" w:hAnsiTheme="majorHAnsi" w:cstheme="majorHAnsi"/>
          <w:sz w:val="22"/>
          <w:lang w:val="pl-PL"/>
        </w:rPr>
      </w:pPr>
      <w:r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………………………………………………………………………………………………………………………………………………………………………………..</w:t>
      </w:r>
    </w:p>
    <w:p w14:paraId="6BE06981" w14:textId="40953559" w:rsidR="005965C9" w:rsidRDefault="005965C9" w:rsidP="002C4A33">
      <w:pPr>
        <w:rPr>
          <w:rFonts w:asciiTheme="majorHAnsi" w:eastAsiaTheme="minorHAnsi" w:hAnsiTheme="majorHAnsi" w:cstheme="majorHAnsi"/>
          <w:sz w:val="22"/>
          <w:lang w:val="pl-PL"/>
        </w:rPr>
      </w:pPr>
      <w:r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………………………………………………………………………………………………………………………………………………………………………………..</w:t>
      </w:r>
    </w:p>
    <w:p w14:paraId="372C75AB" w14:textId="3DCE5F0E" w:rsidR="005965C9" w:rsidRDefault="005965C9" w:rsidP="002C4A33">
      <w:pPr>
        <w:rPr>
          <w:rFonts w:asciiTheme="majorHAnsi" w:eastAsiaTheme="minorHAnsi" w:hAnsiTheme="majorHAnsi" w:cstheme="majorHAnsi"/>
          <w:sz w:val="22"/>
          <w:lang w:val="pl-PL"/>
        </w:rPr>
      </w:pPr>
      <w:r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………………………………………………………………………………………………………………………………………………………………………………..</w:t>
      </w:r>
    </w:p>
    <w:p w14:paraId="15B4588E" w14:textId="3307157B" w:rsidR="00D03A5E" w:rsidRPr="000516A1" w:rsidRDefault="00D03A5E" w:rsidP="002C4A33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>V</w:t>
      </w:r>
      <w:r w:rsidR="00761B04" w:rsidRPr="000516A1">
        <w:rPr>
          <w:rFonts w:asciiTheme="majorHAnsi" w:hAnsiTheme="majorHAnsi" w:cstheme="majorHAnsi"/>
          <w:b/>
          <w:sz w:val="24"/>
          <w:szCs w:val="24"/>
          <w:lang w:val="pl-PL"/>
        </w:rPr>
        <w:t>I</w:t>
      </w:r>
      <w:r w:rsidR="00F85714" w:rsidRPr="000516A1">
        <w:rPr>
          <w:rFonts w:asciiTheme="majorHAnsi" w:hAnsiTheme="majorHAnsi" w:cstheme="majorHAnsi"/>
          <w:b/>
          <w:sz w:val="24"/>
          <w:szCs w:val="24"/>
          <w:lang w:val="pl-PL"/>
        </w:rPr>
        <w:t>I</w:t>
      </w: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>. KRYTERIA PIERWSZEŃSTWA:</w:t>
      </w:r>
    </w:p>
    <w:p w14:paraId="05962A4E" w14:textId="77777777" w:rsidR="00DE7B42" w:rsidRDefault="00DE7B42" w:rsidP="00DE7B42">
      <w:pPr>
        <w:rPr>
          <w:rFonts w:asciiTheme="majorHAnsi" w:hAnsiTheme="majorHAnsi" w:cstheme="majorHAnsi"/>
          <w:b/>
          <w:sz w:val="22"/>
          <w:lang w:val="pl-PL"/>
        </w:rPr>
      </w:pPr>
    </w:p>
    <w:p w14:paraId="23607860" w14:textId="46F6CFFE" w:rsidR="00DE7B42" w:rsidRDefault="00DE7B42" w:rsidP="00DE7B42">
      <w:pPr>
        <w:rPr>
          <w:rFonts w:asciiTheme="majorHAnsi" w:hAnsiTheme="majorHAnsi" w:cstheme="majorHAnsi"/>
          <w:b/>
          <w:sz w:val="22"/>
          <w:lang w:val="pl-PL"/>
        </w:rPr>
      </w:pPr>
      <w:r w:rsidRPr="003D52E0">
        <w:rPr>
          <w:rFonts w:asciiTheme="majorHAnsi" w:hAnsiTheme="majorHAnsi" w:cstheme="majorHAnsi"/>
          <w:b/>
          <w:sz w:val="22"/>
          <w:lang w:val="pl-PL"/>
        </w:rPr>
        <w:t>Uwaga: kryteria pierwszeństwa określone w części IV ust. 10 Programu stosuje się wyłącznie w przypadku, gdy wyniki oceny indywidualnej sytuacji osób zgłoszonych do Programu nie pozwalają na wyłonienie uczestników Programu.</w:t>
      </w:r>
    </w:p>
    <w:p w14:paraId="090D37CD" w14:textId="7C61BC44" w:rsidR="00ED55B8" w:rsidRPr="003D52E0" w:rsidRDefault="003D52E0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3D52E0">
        <w:rPr>
          <w:rFonts w:asciiTheme="majorHAnsi" w:eastAsiaTheme="minorHAnsi" w:hAnsiTheme="majorHAnsi" w:cstheme="majorHAnsi"/>
          <w:sz w:val="22"/>
          <w:lang w:val="pl-PL"/>
        </w:rPr>
        <w:t>Proszę wskazać, czy osoba wnioskująca spełnia którekolwiek z poniższych kryteriów pierwszeństwa określonych w części IV ust. 10 Programu</w:t>
      </w:r>
      <w:r w:rsidR="00ED55B8" w:rsidRPr="003D52E0">
        <w:rPr>
          <w:rFonts w:asciiTheme="majorHAnsi" w:eastAsiaTheme="minorHAnsi" w:hAnsiTheme="majorHAnsi" w:cstheme="majorHAnsi"/>
          <w:sz w:val="22"/>
          <w:lang w:val="pl-PL"/>
        </w:rPr>
        <w:t xml:space="preserve">: </w:t>
      </w:r>
    </w:p>
    <w:p w14:paraId="6DF2FFAA" w14:textId="76D089DD" w:rsidR="00FE13E2" w:rsidRPr="003D52E0" w:rsidRDefault="00ED55B8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3D52E0">
        <w:rPr>
          <w:rFonts w:ascii="Segoe UI Symbol" w:eastAsiaTheme="minorHAnsi" w:hAnsi="Segoe UI Symbol" w:cs="Segoe UI Symbol"/>
          <w:sz w:val="22"/>
          <w:lang w:val="pl-PL"/>
        </w:rPr>
        <w:t>☐</w:t>
      </w:r>
      <w:r w:rsidRPr="003D52E0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630C7D" w:rsidRPr="003D52E0">
        <w:rPr>
          <w:rFonts w:asciiTheme="majorHAnsi" w:eastAsiaTheme="minorHAnsi" w:hAnsiTheme="majorHAnsi" w:cstheme="majorHAnsi"/>
          <w:sz w:val="22"/>
          <w:lang w:val="pl-PL"/>
        </w:rPr>
        <w:t xml:space="preserve">Osoba wnioskująca </w:t>
      </w:r>
      <w:r w:rsidR="00FE13E2" w:rsidRPr="00912F58">
        <w:rPr>
          <w:rFonts w:asciiTheme="majorHAnsi" w:hAnsiTheme="majorHAnsi" w:cstheme="majorHAnsi"/>
          <w:bCs/>
          <w:color w:val="000000"/>
          <w:sz w:val="22"/>
          <w:lang w:val="pl-PL"/>
        </w:rPr>
        <w:t>samotnie zamieszkuj</w:t>
      </w:r>
      <w:r w:rsidR="003D52E0">
        <w:rPr>
          <w:rFonts w:asciiTheme="majorHAnsi" w:hAnsiTheme="majorHAnsi" w:cstheme="majorHAnsi"/>
          <w:bCs/>
          <w:color w:val="000000"/>
          <w:sz w:val="22"/>
          <w:lang w:val="pl-PL"/>
        </w:rPr>
        <w:t>e</w:t>
      </w:r>
      <w:r w:rsidR="00FE13E2" w:rsidRPr="00912F58">
        <w:rPr>
          <w:rFonts w:asciiTheme="majorHAnsi" w:hAnsiTheme="majorHAnsi" w:cstheme="majorHAnsi"/>
          <w:bCs/>
          <w:color w:val="000000"/>
          <w:sz w:val="22"/>
          <w:lang w:val="pl-PL"/>
        </w:rPr>
        <w:t xml:space="preserve"> i gospodaruj</w:t>
      </w:r>
      <w:r w:rsidR="003D52E0">
        <w:rPr>
          <w:rFonts w:asciiTheme="majorHAnsi" w:hAnsiTheme="majorHAnsi" w:cstheme="majorHAnsi"/>
          <w:bCs/>
          <w:color w:val="000000"/>
          <w:sz w:val="22"/>
          <w:lang w:val="pl-PL"/>
        </w:rPr>
        <w:t>e</w:t>
      </w:r>
      <w:r w:rsidR="00631CA7">
        <w:rPr>
          <w:rFonts w:asciiTheme="majorHAnsi" w:hAnsiTheme="majorHAnsi" w:cstheme="majorHAnsi"/>
          <w:bCs/>
          <w:color w:val="000000"/>
          <w:sz w:val="22"/>
          <w:lang w:val="pl-PL"/>
        </w:rPr>
        <w:t xml:space="preserve"> oraz </w:t>
      </w:r>
      <w:r w:rsidR="00FE13E2" w:rsidRPr="00504D57">
        <w:rPr>
          <w:rFonts w:asciiTheme="majorHAnsi" w:hAnsiTheme="majorHAnsi" w:cstheme="majorHAnsi"/>
          <w:bCs/>
          <w:color w:val="000000"/>
          <w:sz w:val="22"/>
          <w:lang w:val="pl-PL"/>
        </w:rPr>
        <w:t>nie korzysta ze wsparcia innych osób.</w:t>
      </w:r>
    </w:p>
    <w:p w14:paraId="7F3FDF79" w14:textId="2208BF65" w:rsidR="00ED55B8" w:rsidRPr="003D52E0" w:rsidRDefault="00ED55B8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3D52E0">
        <w:rPr>
          <w:rFonts w:ascii="Segoe UI Symbol" w:eastAsiaTheme="minorHAnsi" w:hAnsi="Segoe UI Symbol" w:cs="Segoe UI Symbol"/>
          <w:sz w:val="22"/>
          <w:lang w:val="pl-PL"/>
        </w:rPr>
        <w:t>☐</w:t>
      </w:r>
      <w:r w:rsidRPr="003D52E0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630C7D" w:rsidRPr="003D52E0">
        <w:rPr>
          <w:rFonts w:asciiTheme="majorHAnsi" w:eastAsiaTheme="minorHAnsi" w:hAnsiTheme="majorHAnsi" w:cstheme="majorHAnsi"/>
          <w:sz w:val="22"/>
          <w:lang w:val="pl-PL"/>
        </w:rPr>
        <w:t xml:space="preserve">Osoba wnioskująca </w:t>
      </w:r>
      <w:r w:rsidR="00FE13E2" w:rsidRPr="003D52E0">
        <w:rPr>
          <w:rFonts w:asciiTheme="majorHAnsi" w:eastAsiaTheme="minorHAnsi" w:hAnsiTheme="majorHAnsi" w:cstheme="majorHAnsi"/>
          <w:sz w:val="22"/>
          <w:lang w:val="pl-PL"/>
        </w:rPr>
        <w:t>wspólnie zamieszkuj</w:t>
      </w:r>
      <w:r w:rsidR="00631CA7">
        <w:rPr>
          <w:rFonts w:asciiTheme="majorHAnsi" w:eastAsiaTheme="minorHAnsi" w:hAnsiTheme="majorHAnsi" w:cstheme="majorHAnsi"/>
          <w:sz w:val="22"/>
          <w:lang w:val="pl-PL"/>
        </w:rPr>
        <w:t>e</w:t>
      </w:r>
      <w:r w:rsidR="00FE13E2" w:rsidRPr="003D52E0">
        <w:rPr>
          <w:rFonts w:asciiTheme="majorHAnsi" w:eastAsiaTheme="minorHAnsi" w:hAnsiTheme="majorHAnsi" w:cstheme="majorHAnsi"/>
          <w:sz w:val="22"/>
          <w:lang w:val="pl-PL"/>
        </w:rPr>
        <w:t xml:space="preserve"> i gospodaruj</w:t>
      </w:r>
      <w:r w:rsidR="00631CA7">
        <w:rPr>
          <w:rFonts w:asciiTheme="majorHAnsi" w:eastAsiaTheme="minorHAnsi" w:hAnsiTheme="majorHAnsi" w:cstheme="majorHAnsi"/>
          <w:sz w:val="22"/>
          <w:lang w:val="pl-PL"/>
        </w:rPr>
        <w:t>e</w:t>
      </w:r>
      <w:r w:rsidR="00FE13E2" w:rsidRPr="003D52E0">
        <w:rPr>
          <w:rFonts w:asciiTheme="majorHAnsi" w:eastAsiaTheme="minorHAnsi" w:hAnsiTheme="majorHAnsi" w:cstheme="majorHAnsi"/>
          <w:sz w:val="22"/>
          <w:lang w:val="pl-PL"/>
        </w:rPr>
        <w:t xml:space="preserve"> z inną osobą z niepełnosprawnością, spełniającą warunki, o których mowa w części III ust. 2 Programu, przy czym </w:t>
      </w:r>
      <w:r w:rsidR="003D52E0">
        <w:rPr>
          <w:rFonts w:asciiTheme="majorHAnsi" w:eastAsiaTheme="minorHAnsi" w:hAnsiTheme="majorHAnsi" w:cstheme="majorHAnsi"/>
          <w:sz w:val="22"/>
          <w:lang w:val="pl-PL"/>
        </w:rPr>
        <w:t xml:space="preserve">osoby te </w:t>
      </w:r>
      <w:r w:rsidR="00FE13E2" w:rsidRPr="003D52E0">
        <w:rPr>
          <w:rFonts w:asciiTheme="majorHAnsi" w:eastAsiaTheme="minorHAnsi" w:hAnsiTheme="majorHAnsi" w:cstheme="majorHAnsi"/>
          <w:sz w:val="22"/>
          <w:lang w:val="pl-PL"/>
        </w:rPr>
        <w:t>nie ma</w:t>
      </w:r>
      <w:r w:rsidR="003D52E0">
        <w:rPr>
          <w:rFonts w:asciiTheme="majorHAnsi" w:eastAsiaTheme="minorHAnsi" w:hAnsiTheme="majorHAnsi" w:cstheme="majorHAnsi"/>
          <w:sz w:val="22"/>
          <w:lang w:val="pl-PL"/>
        </w:rPr>
        <w:t xml:space="preserve">ją </w:t>
      </w:r>
      <w:r w:rsidR="00FE13E2" w:rsidRPr="003D52E0">
        <w:rPr>
          <w:rFonts w:asciiTheme="majorHAnsi" w:eastAsiaTheme="minorHAnsi" w:hAnsiTheme="majorHAnsi" w:cstheme="majorHAnsi"/>
          <w:sz w:val="22"/>
          <w:lang w:val="pl-PL"/>
        </w:rPr>
        <w:t>możliwości wzajemnego wsparcia oraz nie korzysta</w:t>
      </w:r>
      <w:r w:rsidR="003D52E0">
        <w:rPr>
          <w:rFonts w:asciiTheme="majorHAnsi" w:eastAsiaTheme="minorHAnsi" w:hAnsiTheme="majorHAnsi" w:cstheme="majorHAnsi"/>
          <w:sz w:val="22"/>
          <w:lang w:val="pl-PL"/>
        </w:rPr>
        <w:t>ją</w:t>
      </w:r>
      <w:r w:rsidR="00FE13E2" w:rsidRPr="003D52E0">
        <w:rPr>
          <w:rFonts w:asciiTheme="majorHAnsi" w:eastAsiaTheme="minorHAnsi" w:hAnsiTheme="majorHAnsi" w:cstheme="majorHAnsi"/>
          <w:sz w:val="22"/>
          <w:lang w:val="pl-PL"/>
        </w:rPr>
        <w:t xml:space="preserve"> ze wsparcia innych osób.</w:t>
      </w:r>
    </w:p>
    <w:p w14:paraId="506D0EFB" w14:textId="7858FB8C" w:rsidR="00ED55B8" w:rsidRPr="003D52E0" w:rsidRDefault="00ED55B8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3D52E0">
        <w:rPr>
          <w:rFonts w:ascii="Segoe UI Symbol" w:eastAsiaTheme="minorHAnsi" w:hAnsi="Segoe UI Symbol" w:cs="Segoe UI Symbol"/>
          <w:sz w:val="22"/>
          <w:lang w:val="pl-PL"/>
        </w:rPr>
        <w:t>☐</w:t>
      </w:r>
      <w:r w:rsidRPr="003D52E0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630C7D" w:rsidRPr="003D52E0">
        <w:rPr>
          <w:rFonts w:asciiTheme="majorHAnsi" w:eastAsiaTheme="minorHAnsi" w:hAnsiTheme="majorHAnsi" w:cstheme="majorHAnsi"/>
          <w:sz w:val="22"/>
          <w:lang w:val="pl-PL"/>
        </w:rPr>
        <w:t xml:space="preserve">Osoba wnioskująca </w:t>
      </w:r>
      <w:r w:rsidR="00FE13E2" w:rsidRPr="003D52E0">
        <w:rPr>
          <w:rFonts w:asciiTheme="majorHAnsi" w:eastAsiaTheme="minorHAnsi" w:hAnsiTheme="majorHAnsi" w:cstheme="majorHAnsi"/>
          <w:sz w:val="22"/>
          <w:lang w:val="pl-PL"/>
        </w:rPr>
        <w:t>przebywa w rodzinnej pieczy zastępczej, w rozumieniu ustawy z dnia 9</w:t>
      </w:r>
      <w:r w:rsidR="003D52E0">
        <w:rPr>
          <w:rFonts w:asciiTheme="majorHAnsi" w:eastAsiaTheme="minorHAnsi" w:hAnsiTheme="majorHAnsi" w:cstheme="majorHAnsi"/>
          <w:sz w:val="22"/>
          <w:lang w:val="pl-PL"/>
        </w:rPr>
        <w:t> </w:t>
      </w:r>
      <w:r w:rsidR="00FE13E2" w:rsidRPr="003D52E0">
        <w:rPr>
          <w:rFonts w:asciiTheme="majorHAnsi" w:eastAsiaTheme="minorHAnsi" w:hAnsiTheme="majorHAnsi" w:cstheme="majorHAnsi"/>
          <w:sz w:val="22"/>
          <w:lang w:val="pl-PL"/>
        </w:rPr>
        <w:t>czerwca 2011 r. o wspieraniu rodziny i systemie pieczy zastępczej (Dz. U. z 202</w:t>
      </w:r>
      <w:r w:rsidR="003D52E0">
        <w:rPr>
          <w:rFonts w:asciiTheme="majorHAnsi" w:eastAsiaTheme="minorHAnsi" w:hAnsiTheme="majorHAnsi" w:cstheme="majorHAnsi"/>
          <w:sz w:val="22"/>
          <w:lang w:val="pl-PL"/>
        </w:rPr>
        <w:t>6</w:t>
      </w:r>
      <w:r w:rsidR="00FE13E2" w:rsidRPr="003D52E0">
        <w:rPr>
          <w:rFonts w:asciiTheme="majorHAnsi" w:eastAsiaTheme="minorHAnsi" w:hAnsiTheme="majorHAnsi" w:cstheme="majorHAnsi"/>
          <w:sz w:val="22"/>
          <w:lang w:val="pl-PL"/>
        </w:rPr>
        <w:t xml:space="preserve"> r. poz. </w:t>
      </w:r>
      <w:r w:rsidR="003D52E0">
        <w:rPr>
          <w:rFonts w:asciiTheme="majorHAnsi" w:eastAsiaTheme="minorHAnsi" w:hAnsiTheme="majorHAnsi" w:cstheme="majorHAnsi"/>
          <w:sz w:val="22"/>
          <w:lang w:val="pl-PL"/>
        </w:rPr>
        <w:t>980</w:t>
      </w:r>
      <w:r w:rsidR="00FE13E2" w:rsidRPr="003D52E0">
        <w:rPr>
          <w:rFonts w:asciiTheme="majorHAnsi" w:eastAsiaTheme="minorHAnsi" w:hAnsiTheme="majorHAnsi" w:cstheme="majorHAnsi"/>
          <w:sz w:val="22"/>
          <w:lang w:val="pl-PL"/>
        </w:rPr>
        <w:t>), tj.</w:t>
      </w:r>
      <w:r w:rsidR="00631CA7">
        <w:rPr>
          <w:rFonts w:asciiTheme="majorHAnsi" w:eastAsiaTheme="minorHAnsi" w:hAnsiTheme="majorHAnsi" w:cstheme="majorHAnsi"/>
          <w:sz w:val="22"/>
          <w:lang w:val="pl-PL"/>
        </w:rPr>
        <w:t xml:space="preserve"> jest</w:t>
      </w:r>
      <w:r w:rsidR="00FE13E2" w:rsidRPr="003D52E0">
        <w:rPr>
          <w:rFonts w:asciiTheme="majorHAnsi" w:eastAsiaTheme="minorHAnsi" w:hAnsiTheme="majorHAnsi" w:cstheme="majorHAnsi"/>
          <w:sz w:val="22"/>
          <w:lang w:val="pl-PL"/>
        </w:rPr>
        <w:t xml:space="preserve"> dzieckiem lub osobą przebywającą w rodzinie zastępczej (spokrewnionej, niezawodowej lub zawodowej) lub w rodzinnym domu dziecka.</w:t>
      </w:r>
    </w:p>
    <w:p w14:paraId="1BFAD80E" w14:textId="4BD9C560" w:rsidR="00F85714" w:rsidRPr="003D52E0" w:rsidRDefault="00ED55B8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3D52E0">
        <w:rPr>
          <w:rFonts w:ascii="Segoe UI Symbol" w:eastAsiaTheme="minorHAnsi" w:hAnsi="Segoe UI Symbol" w:cs="Segoe UI Symbol"/>
          <w:sz w:val="22"/>
          <w:lang w:val="pl-PL"/>
        </w:rPr>
        <w:t>☐</w:t>
      </w:r>
      <w:r w:rsidRPr="003D52E0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630C7D" w:rsidRPr="003D52E0">
        <w:rPr>
          <w:rFonts w:asciiTheme="majorHAnsi" w:eastAsiaTheme="minorHAnsi" w:hAnsiTheme="majorHAnsi" w:cstheme="majorHAnsi"/>
          <w:sz w:val="22"/>
          <w:lang w:val="pl-PL"/>
        </w:rPr>
        <w:t xml:space="preserve">Osoba wnioskująca </w:t>
      </w:r>
      <w:r w:rsidR="00FE13E2" w:rsidRPr="003D52E0">
        <w:rPr>
          <w:rFonts w:asciiTheme="majorHAnsi" w:eastAsiaTheme="minorHAnsi" w:hAnsiTheme="majorHAnsi" w:cstheme="majorHAnsi"/>
          <w:sz w:val="22"/>
          <w:lang w:val="pl-PL"/>
        </w:rPr>
        <w:t>przebywa w placówce opiekuńczo-wychowawczej typu rodzinnego w rozumieniu ustawy z dnia 9 czerwca 2011 r. o wspieraniu rodziny i systemie pieczy zastępczej, tj.</w:t>
      </w:r>
      <w:r w:rsidR="00631CA7">
        <w:rPr>
          <w:rFonts w:asciiTheme="majorHAnsi" w:eastAsiaTheme="minorHAnsi" w:hAnsiTheme="majorHAnsi" w:cstheme="majorHAnsi"/>
          <w:sz w:val="22"/>
          <w:lang w:val="pl-PL"/>
        </w:rPr>
        <w:t xml:space="preserve"> jest</w:t>
      </w:r>
      <w:r w:rsidR="00FE13E2" w:rsidRPr="003D52E0">
        <w:rPr>
          <w:rFonts w:asciiTheme="majorHAnsi" w:eastAsiaTheme="minorHAnsi" w:hAnsiTheme="majorHAnsi" w:cstheme="majorHAnsi"/>
          <w:sz w:val="22"/>
          <w:lang w:val="pl-PL"/>
        </w:rPr>
        <w:t xml:space="preserve"> dzieckiem lub osobą przebywającą w tej placówce, </w:t>
      </w:r>
      <w:r w:rsidR="00631CA7">
        <w:rPr>
          <w:rFonts w:asciiTheme="majorHAnsi" w:eastAsiaTheme="minorHAnsi" w:hAnsiTheme="majorHAnsi" w:cstheme="majorHAnsi"/>
          <w:sz w:val="22"/>
          <w:lang w:val="pl-PL"/>
        </w:rPr>
        <w:t>w której</w:t>
      </w:r>
      <w:r w:rsidR="00631CA7" w:rsidRPr="003D52E0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FE13E2" w:rsidRPr="003D52E0">
        <w:rPr>
          <w:rFonts w:asciiTheme="majorHAnsi" w:eastAsiaTheme="minorHAnsi" w:hAnsiTheme="majorHAnsi" w:cstheme="majorHAnsi"/>
          <w:sz w:val="22"/>
          <w:lang w:val="pl-PL"/>
        </w:rPr>
        <w:t>wyłączną opiekę sprawują małżonkowie lub osoba niepozostająca w związku małżeńskim.</w:t>
      </w:r>
    </w:p>
    <w:p w14:paraId="5CAE29A4" w14:textId="115E215C" w:rsidR="003D52E0" w:rsidRPr="003D52E0" w:rsidRDefault="003D52E0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3D52E0">
        <w:rPr>
          <w:rFonts w:ascii="Segoe UI Symbol" w:eastAsiaTheme="minorHAnsi" w:hAnsi="Segoe UI Symbol" w:cs="Segoe UI Symbol"/>
          <w:sz w:val="22"/>
          <w:lang w:val="pl-PL"/>
        </w:rPr>
        <w:t>☐</w:t>
      </w:r>
      <w:r w:rsidRPr="003D52E0">
        <w:rPr>
          <w:rFonts w:asciiTheme="majorHAnsi" w:eastAsiaTheme="minorHAnsi" w:hAnsiTheme="majorHAnsi" w:cstheme="majorHAnsi"/>
          <w:sz w:val="22"/>
          <w:lang w:val="pl-PL"/>
        </w:rPr>
        <w:t xml:space="preserve"> osoba wnioskująca nie spełnia żadnego z powyższych kryteriów</w:t>
      </w:r>
    </w:p>
    <w:p w14:paraId="250745F6" w14:textId="57CFD01A" w:rsidR="00CD12B9" w:rsidRPr="000516A1" w:rsidRDefault="00ED33F4" w:rsidP="002C4A33">
      <w:pPr>
        <w:spacing w:before="240"/>
        <w:rPr>
          <w:rFonts w:asciiTheme="maj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b/>
          <w:sz w:val="22"/>
          <w:lang w:val="pl-PL"/>
        </w:rPr>
        <w:t>Osoby</w:t>
      </w:r>
      <w:r w:rsidR="001800F0" w:rsidRPr="000516A1">
        <w:rPr>
          <w:rFonts w:asciiTheme="majorHAnsi" w:hAnsiTheme="majorHAnsi" w:cstheme="majorHAnsi"/>
          <w:b/>
          <w:sz w:val="22"/>
          <w:lang w:val="pl-PL"/>
        </w:rPr>
        <w:t xml:space="preserve"> dokonujące oceny:</w:t>
      </w:r>
    </w:p>
    <w:p w14:paraId="2313B95F" w14:textId="77777777" w:rsidR="00CD12B9" w:rsidRPr="000516A1" w:rsidRDefault="001800F0">
      <w:pPr>
        <w:rPr>
          <w:rFonts w:asciiTheme="maj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sz w:val="22"/>
          <w:lang w:val="pl-PL"/>
        </w:rPr>
        <w:t>1. ............................................................................................................................</w:t>
      </w:r>
    </w:p>
    <w:p w14:paraId="46BB4488" w14:textId="77777777" w:rsidR="00CD12B9" w:rsidRPr="000516A1" w:rsidRDefault="001800F0">
      <w:pPr>
        <w:rPr>
          <w:rFonts w:asciiTheme="maj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sz w:val="22"/>
          <w:lang w:val="pl-PL"/>
        </w:rPr>
        <w:t>2. ............................................................................................................................</w:t>
      </w:r>
    </w:p>
    <w:p w14:paraId="7A8FB3E8" w14:textId="5A6F659D" w:rsidR="00E76B55" w:rsidRPr="000516A1" w:rsidRDefault="00FE74A6" w:rsidP="00FE74A6">
      <w:pPr>
        <w:rPr>
          <w:rFonts w:asciiTheme="maj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sz w:val="22"/>
          <w:lang w:val="pl-PL"/>
        </w:rPr>
        <w:t>3. ............................................................................................................................</w:t>
      </w:r>
    </w:p>
    <w:p w14:paraId="6D63FEF6" w14:textId="7C75CD09" w:rsidR="00630C7D" w:rsidRPr="000516A1" w:rsidRDefault="00630C7D" w:rsidP="00630C7D">
      <w:pPr>
        <w:spacing w:before="600" w:line="360" w:lineRule="auto"/>
        <w:rPr>
          <w:rFonts w:ascii="Calibri" w:hAnsi="Calibri" w:cs="Calibri"/>
          <w:sz w:val="22"/>
          <w:lang w:val="pl-PL"/>
        </w:rPr>
      </w:pPr>
      <w:r w:rsidRPr="000516A1">
        <w:rPr>
          <w:rFonts w:ascii="Calibri" w:hAnsi="Calibri" w:cs="Calibri"/>
          <w:sz w:val="22"/>
          <w:lang w:val="pl-PL"/>
        </w:rPr>
        <w:t>Miejscowość ……………………………………..., data ………………………</w:t>
      </w:r>
      <w:r w:rsidR="005965C9">
        <w:rPr>
          <w:rFonts w:ascii="Calibri" w:hAnsi="Calibri" w:cs="Calibri"/>
          <w:sz w:val="22"/>
          <w:lang w:val="pl-PL"/>
        </w:rPr>
        <w:t>…………………………….</w:t>
      </w:r>
    </w:p>
    <w:p w14:paraId="1940F923" w14:textId="5AF7FC33" w:rsidR="00CD12B9" w:rsidRPr="000516A1" w:rsidRDefault="00E76B55" w:rsidP="002C4A33">
      <w:pPr>
        <w:rPr>
          <w:rFonts w:asciiTheme="maj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sz w:val="22"/>
          <w:lang w:val="pl-PL"/>
        </w:rPr>
        <w:t>Nr karty oceny (nadany przez realizatora Programu</w:t>
      </w:r>
      <w:proofErr w:type="gramStart"/>
      <w:r w:rsidRPr="000516A1">
        <w:rPr>
          <w:rFonts w:asciiTheme="majorHAnsi" w:hAnsiTheme="majorHAnsi" w:cstheme="majorHAnsi"/>
          <w:sz w:val="22"/>
          <w:lang w:val="pl-PL"/>
        </w:rPr>
        <w:t>):…</w:t>
      </w:r>
      <w:proofErr w:type="gramEnd"/>
      <w:r w:rsidRPr="000516A1">
        <w:rPr>
          <w:rFonts w:asciiTheme="majorHAnsi" w:hAnsiTheme="majorHAnsi" w:cstheme="majorHAnsi"/>
          <w:sz w:val="22"/>
          <w:lang w:val="pl-PL"/>
        </w:rPr>
        <w:t>…</w:t>
      </w:r>
      <w:proofErr w:type="gramStart"/>
      <w:r w:rsidRPr="000516A1">
        <w:rPr>
          <w:rFonts w:asciiTheme="majorHAnsi" w:hAnsiTheme="majorHAnsi" w:cstheme="majorHAnsi"/>
          <w:sz w:val="22"/>
          <w:lang w:val="pl-PL"/>
        </w:rPr>
        <w:t>…….</w:t>
      </w:r>
      <w:proofErr w:type="gramEnd"/>
      <w:r w:rsidRPr="000516A1">
        <w:rPr>
          <w:rFonts w:asciiTheme="majorHAnsi" w:hAnsiTheme="majorHAnsi" w:cstheme="majorHAnsi"/>
          <w:sz w:val="22"/>
          <w:lang w:val="pl-PL"/>
        </w:rPr>
        <w:t>………………………</w:t>
      </w:r>
      <w:proofErr w:type="gramStart"/>
      <w:r w:rsidRPr="000516A1">
        <w:rPr>
          <w:rFonts w:asciiTheme="majorHAnsi" w:hAnsiTheme="majorHAnsi" w:cstheme="majorHAnsi"/>
          <w:sz w:val="22"/>
          <w:lang w:val="pl-PL"/>
        </w:rPr>
        <w:t>…….</w:t>
      </w:r>
      <w:proofErr w:type="gramEnd"/>
      <w:r w:rsidRPr="000516A1">
        <w:rPr>
          <w:rFonts w:asciiTheme="majorHAnsi" w:hAnsiTheme="majorHAnsi" w:cstheme="majorHAnsi"/>
          <w:sz w:val="22"/>
          <w:lang w:val="pl-PL"/>
        </w:rPr>
        <w:t>.</w:t>
      </w:r>
    </w:p>
    <w:sectPr w:rsidR="00CD12B9" w:rsidRPr="000516A1" w:rsidSect="00FE74A6">
      <w:footerReference w:type="default" r:id="rId8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91DD56" w14:textId="77777777" w:rsidR="00122654" w:rsidRDefault="00122654">
      <w:pPr>
        <w:spacing w:after="0"/>
      </w:pPr>
      <w:r>
        <w:separator/>
      </w:r>
    </w:p>
  </w:endnote>
  <w:endnote w:type="continuationSeparator" w:id="0">
    <w:p w14:paraId="411D5532" w14:textId="77777777" w:rsidR="00122654" w:rsidRDefault="0012265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17396427"/>
      <w:docPartObj>
        <w:docPartGallery w:val="Page Numbers (Bottom of Page)"/>
        <w:docPartUnique/>
      </w:docPartObj>
    </w:sdtPr>
    <w:sdtContent>
      <w:p w14:paraId="2ADB9B7B" w14:textId="04E4BA0F" w:rsidR="002517B8" w:rsidRDefault="002517B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4FE09A22" w14:textId="77777777" w:rsidR="002517B8" w:rsidRDefault="002517B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A975B" w14:textId="77777777" w:rsidR="00122654" w:rsidRDefault="00122654">
      <w:pPr>
        <w:spacing w:after="0"/>
      </w:pPr>
      <w:r>
        <w:separator/>
      </w:r>
    </w:p>
  </w:footnote>
  <w:footnote w:type="continuationSeparator" w:id="0">
    <w:p w14:paraId="340510B7" w14:textId="77777777" w:rsidR="00122654" w:rsidRDefault="0012265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BA4E08"/>
    <w:multiLevelType w:val="hybridMultilevel"/>
    <w:tmpl w:val="20EC7958"/>
    <w:lvl w:ilvl="0" w:tplc="3684D8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493F8A"/>
    <w:multiLevelType w:val="hybridMultilevel"/>
    <w:tmpl w:val="AB36A2CA"/>
    <w:lvl w:ilvl="0" w:tplc="54C8E2C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661339"/>
    <w:multiLevelType w:val="hybridMultilevel"/>
    <w:tmpl w:val="3604C0BE"/>
    <w:lvl w:ilvl="0" w:tplc="209C5536">
      <w:start w:val="1"/>
      <w:numFmt w:val="bullet"/>
      <w:lvlText w:val="−"/>
      <w:lvlJc w:val="left"/>
      <w:pPr>
        <w:ind w:left="720" w:hanging="360"/>
      </w:pPr>
      <w:rPr>
        <w:rFonts w:ascii="Lato" w:hAnsi="Lato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911098"/>
    <w:multiLevelType w:val="multilevel"/>
    <w:tmpl w:val="761ED4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5ED762B"/>
    <w:multiLevelType w:val="hybridMultilevel"/>
    <w:tmpl w:val="C56432C2"/>
    <w:lvl w:ilvl="0" w:tplc="10A4CB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683B03"/>
    <w:multiLevelType w:val="hybridMultilevel"/>
    <w:tmpl w:val="AB321E3C"/>
    <w:lvl w:ilvl="0" w:tplc="2ED2B1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5E260D"/>
    <w:multiLevelType w:val="hybridMultilevel"/>
    <w:tmpl w:val="F006A26E"/>
    <w:lvl w:ilvl="0" w:tplc="39EEDA4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0D484A"/>
    <w:multiLevelType w:val="hybridMultilevel"/>
    <w:tmpl w:val="F1D28D5C"/>
    <w:lvl w:ilvl="0" w:tplc="17C67E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972BD5"/>
    <w:multiLevelType w:val="hybridMultilevel"/>
    <w:tmpl w:val="15A25E26"/>
    <w:lvl w:ilvl="0" w:tplc="0E149B3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B5689F"/>
    <w:multiLevelType w:val="hybridMultilevel"/>
    <w:tmpl w:val="F7B0D58C"/>
    <w:lvl w:ilvl="0" w:tplc="2D64DC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97797A"/>
    <w:multiLevelType w:val="hybridMultilevel"/>
    <w:tmpl w:val="37DA17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CA316D"/>
    <w:multiLevelType w:val="hybridMultilevel"/>
    <w:tmpl w:val="6AE8A56C"/>
    <w:lvl w:ilvl="0" w:tplc="672ECC2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BA73EA"/>
    <w:multiLevelType w:val="hybridMultilevel"/>
    <w:tmpl w:val="4112DD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5365318">
    <w:abstractNumId w:val="8"/>
  </w:num>
  <w:num w:numId="2" w16cid:durableId="1051540061">
    <w:abstractNumId w:val="6"/>
  </w:num>
  <w:num w:numId="3" w16cid:durableId="1771778183">
    <w:abstractNumId w:val="5"/>
  </w:num>
  <w:num w:numId="4" w16cid:durableId="1733894103">
    <w:abstractNumId w:val="4"/>
  </w:num>
  <w:num w:numId="5" w16cid:durableId="1366523126">
    <w:abstractNumId w:val="7"/>
  </w:num>
  <w:num w:numId="6" w16cid:durableId="1065447654">
    <w:abstractNumId w:val="3"/>
  </w:num>
  <w:num w:numId="7" w16cid:durableId="687097870">
    <w:abstractNumId w:val="2"/>
  </w:num>
  <w:num w:numId="8" w16cid:durableId="1914657244">
    <w:abstractNumId w:val="1"/>
  </w:num>
  <w:num w:numId="9" w16cid:durableId="1202746388">
    <w:abstractNumId w:val="0"/>
  </w:num>
  <w:num w:numId="10" w16cid:durableId="660432341">
    <w:abstractNumId w:val="13"/>
  </w:num>
  <w:num w:numId="11" w16cid:durableId="1102997373">
    <w:abstractNumId w:val="14"/>
  </w:num>
  <w:num w:numId="12" w16cid:durableId="974290695">
    <w:abstractNumId w:val="16"/>
  </w:num>
  <w:num w:numId="13" w16cid:durableId="1405373540">
    <w:abstractNumId w:val="18"/>
  </w:num>
  <w:num w:numId="14" w16cid:durableId="290019637">
    <w:abstractNumId w:val="9"/>
  </w:num>
  <w:num w:numId="15" w16cid:durableId="555895025">
    <w:abstractNumId w:val="21"/>
  </w:num>
  <w:num w:numId="16" w16cid:durableId="372853690">
    <w:abstractNumId w:val="12"/>
  </w:num>
  <w:num w:numId="17" w16cid:durableId="1843349728">
    <w:abstractNumId w:val="17"/>
  </w:num>
  <w:num w:numId="18" w16cid:durableId="2068448928">
    <w:abstractNumId w:val="15"/>
  </w:num>
  <w:num w:numId="19" w16cid:durableId="150802756">
    <w:abstractNumId w:val="10"/>
  </w:num>
  <w:num w:numId="20" w16cid:durableId="964501667">
    <w:abstractNumId w:val="20"/>
  </w:num>
  <w:num w:numId="21" w16cid:durableId="1548831095">
    <w:abstractNumId w:val="19"/>
  </w:num>
  <w:num w:numId="22" w16cid:durableId="143204299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16A1"/>
    <w:rsid w:val="0006063C"/>
    <w:rsid w:val="00093C0E"/>
    <w:rsid w:val="000B7973"/>
    <w:rsid w:val="000E3BB2"/>
    <w:rsid w:val="00102496"/>
    <w:rsid w:val="00105CBC"/>
    <w:rsid w:val="00117C96"/>
    <w:rsid w:val="00122654"/>
    <w:rsid w:val="001266D5"/>
    <w:rsid w:val="0015074B"/>
    <w:rsid w:val="00166654"/>
    <w:rsid w:val="001728C8"/>
    <w:rsid w:val="001800F0"/>
    <w:rsid w:val="001814D2"/>
    <w:rsid w:val="001B7341"/>
    <w:rsid w:val="002207BB"/>
    <w:rsid w:val="002346E4"/>
    <w:rsid w:val="002517B8"/>
    <w:rsid w:val="00252229"/>
    <w:rsid w:val="0029639D"/>
    <w:rsid w:val="002C4A33"/>
    <w:rsid w:val="002F5486"/>
    <w:rsid w:val="003052A7"/>
    <w:rsid w:val="00326F90"/>
    <w:rsid w:val="003B52A7"/>
    <w:rsid w:val="003C4D21"/>
    <w:rsid w:val="003D52E0"/>
    <w:rsid w:val="003F1EE2"/>
    <w:rsid w:val="00406D0D"/>
    <w:rsid w:val="004C30C0"/>
    <w:rsid w:val="004C4133"/>
    <w:rsid w:val="004C47E6"/>
    <w:rsid w:val="004D5784"/>
    <w:rsid w:val="005043AA"/>
    <w:rsid w:val="00504D57"/>
    <w:rsid w:val="00535676"/>
    <w:rsid w:val="005536CE"/>
    <w:rsid w:val="00553B07"/>
    <w:rsid w:val="00573D95"/>
    <w:rsid w:val="005965C9"/>
    <w:rsid w:val="005B336C"/>
    <w:rsid w:val="005C3548"/>
    <w:rsid w:val="005D5031"/>
    <w:rsid w:val="005F14B4"/>
    <w:rsid w:val="00630C7D"/>
    <w:rsid w:val="00631CA7"/>
    <w:rsid w:val="00663128"/>
    <w:rsid w:val="006F64D2"/>
    <w:rsid w:val="00761B04"/>
    <w:rsid w:val="007628B9"/>
    <w:rsid w:val="0079563D"/>
    <w:rsid w:val="007A1642"/>
    <w:rsid w:val="007B164A"/>
    <w:rsid w:val="007E01F3"/>
    <w:rsid w:val="007E7A35"/>
    <w:rsid w:val="007F52AD"/>
    <w:rsid w:val="00802740"/>
    <w:rsid w:val="00815F1B"/>
    <w:rsid w:val="00912F58"/>
    <w:rsid w:val="00951D73"/>
    <w:rsid w:val="009567C1"/>
    <w:rsid w:val="00967F08"/>
    <w:rsid w:val="009E1E4B"/>
    <w:rsid w:val="009F3AE3"/>
    <w:rsid w:val="00A84D99"/>
    <w:rsid w:val="00AA1D8D"/>
    <w:rsid w:val="00AA5214"/>
    <w:rsid w:val="00AD54CC"/>
    <w:rsid w:val="00B23A3B"/>
    <w:rsid w:val="00B47730"/>
    <w:rsid w:val="00B531F6"/>
    <w:rsid w:val="00B6776F"/>
    <w:rsid w:val="00BE5278"/>
    <w:rsid w:val="00BF7F15"/>
    <w:rsid w:val="00C51922"/>
    <w:rsid w:val="00C64D84"/>
    <w:rsid w:val="00C95E35"/>
    <w:rsid w:val="00CB0664"/>
    <w:rsid w:val="00CB5637"/>
    <w:rsid w:val="00CD12B9"/>
    <w:rsid w:val="00CD382F"/>
    <w:rsid w:val="00CE187A"/>
    <w:rsid w:val="00CE5086"/>
    <w:rsid w:val="00CE791F"/>
    <w:rsid w:val="00D03A5E"/>
    <w:rsid w:val="00D75B14"/>
    <w:rsid w:val="00DA754E"/>
    <w:rsid w:val="00DD4448"/>
    <w:rsid w:val="00DE7B42"/>
    <w:rsid w:val="00DF6D11"/>
    <w:rsid w:val="00E13B10"/>
    <w:rsid w:val="00E3676B"/>
    <w:rsid w:val="00E40248"/>
    <w:rsid w:val="00E45E2B"/>
    <w:rsid w:val="00E46991"/>
    <w:rsid w:val="00E76B55"/>
    <w:rsid w:val="00E9363D"/>
    <w:rsid w:val="00E95ABB"/>
    <w:rsid w:val="00EC72F2"/>
    <w:rsid w:val="00ED33F4"/>
    <w:rsid w:val="00ED4AE9"/>
    <w:rsid w:val="00ED55B8"/>
    <w:rsid w:val="00EF3F0E"/>
    <w:rsid w:val="00F1438D"/>
    <w:rsid w:val="00F26771"/>
    <w:rsid w:val="00F27C14"/>
    <w:rsid w:val="00F85714"/>
    <w:rsid w:val="00FC693F"/>
    <w:rsid w:val="00FD660E"/>
    <w:rsid w:val="00FE13E2"/>
    <w:rsid w:val="00FE7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E5FDD2"/>
  <w14:defaultImageDpi w14:val="300"/>
  <w15:docId w15:val="{61E69E14-2043-4966-AA62-2C8CA1C7A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28C8"/>
    <w:pPr>
      <w:spacing w:after="40" w:line="240" w:lineRule="auto"/>
    </w:pPr>
    <w:rPr>
      <w:rFonts w:ascii="Arial" w:hAnsi="Arial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00" w:after="6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2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00" w:after="6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before="100" w:after="60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3B52A7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val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D54CC"/>
    <w:pPr>
      <w:spacing w:after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D54CC"/>
    <w:rPr>
      <w:rFonts w:ascii="Arial" w:hAnsi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D54CC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2517B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F3F0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F3F0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F3F0E"/>
    <w:rPr>
      <w:rFonts w:ascii="Arial" w:hAnsi="Arial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3F0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3F0E"/>
    <w:rPr>
      <w:rFonts w:ascii="Arial" w:hAnsi="Arial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EF3F0E"/>
    <w:pPr>
      <w:spacing w:after="0" w:line="240" w:lineRule="auto"/>
    </w:pPr>
    <w:rPr>
      <w:rFonts w:ascii="Arial" w:hAnsi="Arial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766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6</Pages>
  <Words>2255</Words>
  <Characters>13531</Characters>
  <Application>Microsoft Office Word</Application>
  <DocSecurity>0</DocSecurity>
  <Lines>112</Lines>
  <Paragraphs>31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15755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Ewelina Parzych</cp:lastModifiedBy>
  <cp:revision>11</cp:revision>
  <cp:lastPrinted>2026-09-09T07:07:00Z</cp:lastPrinted>
  <dcterms:created xsi:type="dcterms:W3CDTF">2026-08-19T10:52:00Z</dcterms:created>
  <dcterms:modified xsi:type="dcterms:W3CDTF">2026-09-09T07:07:00Z</dcterms:modified>
  <cp:category/>
</cp:coreProperties>
</file>